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AEA07" w14:textId="77777777" w:rsidR="0050746B" w:rsidRDefault="0050746B" w:rsidP="0050746B">
      <w:pPr>
        <w:ind w:left="426"/>
        <w:jc w:val="center"/>
        <w:rPr>
          <w:sz w:val="32"/>
          <w:szCs w:val="32"/>
        </w:rPr>
      </w:pPr>
    </w:p>
    <w:p w14:paraId="0BF4A732" w14:textId="038CC0BE" w:rsidR="00DC28BD" w:rsidRPr="00DB5660" w:rsidRDefault="005327FB" w:rsidP="0050746B">
      <w:pPr>
        <w:ind w:left="426"/>
        <w:jc w:val="center"/>
        <w:rPr>
          <w:sz w:val="32"/>
          <w:szCs w:val="32"/>
        </w:rPr>
      </w:pPr>
      <w:r w:rsidRPr="00DB5660">
        <w:rPr>
          <w:sz w:val="32"/>
          <w:szCs w:val="32"/>
        </w:rPr>
        <w:t>This project was made possible through the generous support of</w:t>
      </w:r>
    </w:p>
    <w:p w14:paraId="55B7C095" w14:textId="77777777" w:rsidR="00DC28BD" w:rsidRPr="0050746B" w:rsidRDefault="005327FB" w:rsidP="0050746B">
      <w:pPr>
        <w:ind w:left="426"/>
        <w:jc w:val="center"/>
        <w:rPr>
          <w:sz w:val="52"/>
          <w:szCs w:val="52"/>
        </w:rPr>
      </w:pPr>
      <w:r w:rsidRPr="0050746B">
        <w:rPr>
          <w:b/>
          <w:sz w:val="52"/>
          <w:szCs w:val="52"/>
        </w:rPr>
        <w:t>[FUNDER NAME]</w:t>
      </w:r>
    </w:p>
    <w:p w14:paraId="672A6659" w14:textId="77777777" w:rsidR="00DC28BD" w:rsidRPr="00DB5660" w:rsidRDefault="00DC28BD" w:rsidP="0050746B">
      <w:pPr>
        <w:ind w:left="426"/>
        <w:rPr>
          <w:sz w:val="32"/>
          <w:szCs w:val="32"/>
        </w:rPr>
      </w:pPr>
    </w:p>
    <w:p w14:paraId="1DCDB4DD" w14:textId="77777777" w:rsidR="00DC28BD" w:rsidRPr="00DB5660" w:rsidRDefault="005327FB" w:rsidP="0050746B">
      <w:pPr>
        <w:ind w:left="426"/>
        <w:rPr>
          <w:sz w:val="32"/>
          <w:szCs w:val="32"/>
        </w:rPr>
      </w:pPr>
      <w:r w:rsidRPr="00DB5660">
        <w:rPr>
          <w:sz w:val="32"/>
          <w:szCs w:val="32"/>
        </w:rPr>
        <w:t>Grant Program: [GRANT PROGRAM NAME]</w:t>
      </w:r>
    </w:p>
    <w:p w14:paraId="5E2D95AA" w14:textId="77777777" w:rsidR="00DC28BD" w:rsidRPr="00DB5660" w:rsidRDefault="005327FB" w:rsidP="0050746B">
      <w:pPr>
        <w:ind w:left="426"/>
        <w:rPr>
          <w:sz w:val="32"/>
          <w:szCs w:val="32"/>
        </w:rPr>
      </w:pPr>
      <w:r w:rsidRPr="00DB5660">
        <w:rPr>
          <w:sz w:val="32"/>
          <w:szCs w:val="32"/>
        </w:rPr>
        <w:t>Project: [PROJECT NAME]</w:t>
      </w:r>
    </w:p>
    <w:p w14:paraId="46F31721" w14:textId="77777777" w:rsidR="00DC28BD" w:rsidRPr="00DB5660" w:rsidRDefault="005327FB" w:rsidP="0050746B">
      <w:pPr>
        <w:ind w:left="426"/>
        <w:rPr>
          <w:sz w:val="32"/>
          <w:szCs w:val="32"/>
        </w:rPr>
      </w:pPr>
      <w:r w:rsidRPr="00DB5660">
        <w:rPr>
          <w:sz w:val="32"/>
          <w:szCs w:val="32"/>
        </w:rPr>
        <w:t>Funding Received: $[AMOUNT]</w:t>
      </w:r>
    </w:p>
    <w:p w14:paraId="047951EC" w14:textId="77777777" w:rsidR="00DC28BD" w:rsidRPr="00DB5660" w:rsidRDefault="005327FB" w:rsidP="0050746B">
      <w:pPr>
        <w:ind w:left="426"/>
        <w:rPr>
          <w:sz w:val="32"/>
          <w:szCs w:val="32"/>
        </w:rPr>
      </w:pPr>
      <w:r w:rsidRPr="00DB5660">
        <w:rPr>
          <w:sz w:val="32"/>
          <w:szCs w:val="32"/>
        </w:rPr>
        <w:t>Delivered By: [SCOUT GROUP NAME]</w:t>
      </w:r>
    </w:p>
    <w:p w14:paraId="208E9C64" w14:textId="77777777" w:rsidR="00DC28BD" w:rsidRPr="00DB5660" w:rsidRDefault="005327FB" w:rsidP="0050746B">
      <w:pPr>
        <w:pStyle w:val="Heading2"/>
        <w:ind w:left="426"/>
        <w:rPr>
          <w:sz w:val="36"/>
          <w:szCs w:val="36"/>
        </w:rPr>
      </w:pPr>
      <w:r w:rsidRPr="00DB5660">
        <w:rPr>
          <w:sz w:val="36"/>
          <w:szCs w:val="36"/>
        </w:rPr>
        <w:t>Supporting Youth Development in Our Community</w:t>
      </w:r>
    </w:p>
    <w:p w14:paraId="3D54C779" w14:textId="77777777" w:rsidR="00DC28BD" w:rsidRPr="00DB5660" w:rsidRDefault="005327FB" w:rsidP="0050746B">
      <w:pPr>
        <w:ind w:left="426"/>
        <w:rPr>
          <w:sz w:val="32"/>
          <w:szCs w:val="32"/>
        </w:rPr>
      </w:pPr>
      <w:r w:rsidRPr="00DB5660">
        <w:rPr>
          <w:sz w:val="32"/>
          <w:szCs w:val="32"/>
        </w:rPr>
        <w:t>This funding has helped our Group to:</w:t>
      </w:r>
    </w:p>
    <w:p w14:paraId="131A15DF" w14:textId="77777777" w:rsidR="00DC28BD" w:rsidRPr="00DB5660" w:rsidRDefault="005327FB" w:rsidP="0050746B">
      <w:pPr>
        <w:pStyle w:val="ListBullet"/>
        <w:numPr>
          <w:ilvl w:val="0"/>
          <w:numId w:val="10"/>
        </w:numPr>
        <w:rPr>
          <w:sz w:val="32"/>
          <w:szCs w:val="32"/>
        </w:rPr>
      </w:pPr>
      <w:r w:rsidRPr="00DB5660">
        <w:rPr>
          <w:sz w:val="32"/>
          <w:szCs w:val="32"/>
        </w:rPr>
        <w:t>[Outcome 1]</w:t>
      </w:r>
    </w:p>
    <w:p w14:paraId="1EFEB018" w14:textId="77777777" w:rsidR="00DC28BD" w:rsidRPr="00DB5660" w:rsidRDefault="005327FB" w:rsidP="0050746B">
      <w:pPr>
        <w:pStyle w:val="ListBullet"/>
        <w:numPr>
          <w:ilvl w:val="0"/>
          <w:numId w:val="10"/>
        </w:numPr>
        <w:rPr>
          <w:sz w:val="32"/>
          <w:szCs w:val="32"/>
        </w:rPr>
      </w:pPr>
      <w:r w:rsidRPr="00DB5660">
        <w:rPr>
          <w:sz w:val="32"/>
          <w:szCs w:val="32"/>
        </w:rPr>
        <w:t>[Outcome 2]</w:t>
      </w:r>
    </w:p>
    <w:p w14:paraId="778DADC9" w14:textId="77777777" w:rsidR="00DC28BD" w:rsidRPr="00DB5660" w:rsidRDefault="005327FB" w:rsidP="0050746B">
      <w:pPr>
        <w:pStyle w:val="ListBullet"/>
        <w:numPr>
          <w:ilvl w:val="0"/>
          <w:numId w:val="10"/>
        </w:numPr>
        <w:rPr>
          <w:sz w:val="32"/>
          <w:szCs w:val="32"/>
        </w:rPr>
      </w:pPr>
      <w:r w:rsidRPr="00DB5660">
        <w:rPr>
          <w:sz w:val="32"/>
          <w:szCs w:val="32"/>
        </w:rPr>
        <w:t>[Outcome 3]</w:t>
      </w:r>
    </w:p>
    <w:p w14:paraId="4EF5D046" w14:textId="1AF7A8F3" w:rsidR="00DC28BD" w:rsidRPr="00DB5660" w:rsidRDefault="005327FB" w:rsidP="0050746B">
      <w:pPr>
        <w:ind w:left="426"/>
        <w:rPr>
          <w:sz w:val="32"/>
          <w:szCs w:val="32"/>
        </w:rPr>
      </w:pPr>
      <w:r w:rsidRPr="00DB5660">
        <w:rPr>
          <w:sz w:val="32"/>
          <w:szCs w:val="32"/>
        </w:rPr>
        <w:t xml:space="preserve">We sincerely thank [FUNDER NAME] for investing in local young people and helping us </w:t>
      </w:r>
      <w:r w:rsidR="0050746B">
        <w:rPr>
          <w:sz w:val="32"/>
          <w:szCs w:val="32"/>
        </w:rPr>
        <w:br/>
      </w:r>
      <w:r w:rsidRPr="00DB5660">
        <w:rPr>
          <w:sz w:val="32"/>
          <w:szCs w:val="32"/>
        </w:rPr>
        <w:t>create better facilities, safer environments and stronger community connections.</w:t>
      </w:r>
    </w:p>
    <w:p w14:paraId="52D99057" w14:textId="77777777" w:rsidR="0050746B" w:rsidRDefault="005327FB" w:rsidP="0050746B">
      <w:pPr>
        <w:ind w:left="426"/>
        <w:rPr>
          <w:b/>
          <w:bCs/>
          <w:sz w:val="32"/>
          <w:szCs w:val="32"/>
        </w:rPr>
      </w:pPr>
      <w:r w:rsidRPr="00DB5660">
        <w:rPr>
          <w:sz w:val="32"/>
          <w:szCs w:val="32"/>
        </w:rPr>
        <w:br/>
      </w:r>
    </w:p>
    <w:p w14:paraId="67900BA0" w14:textId="77777777" w:rsidR="0050746B" w:rsidRDefault="0050746B" w:rsidP="0050746B">
      <w:pPr>
        <w:ind w:left="426"/>
        <w:rPr>
          <w:b/>
          <w:bCs/>
          <w:sz w:val="32"/>
          <w:szCs w:val="32"/>
        </w:rPr>
      </w:pPr>
    </w:p>
    <w:p w14:paraId="5DAC6AC2" w14:textId="7F8334DD" w:rsidR="00DC28BD" w:rsidRPr="0050746B" w:rsidRDefault="005327FB" w:rsidP="0050746B">
      <w:pPr>
        <w:ind w:left="426"/>
        <w:rPr>
          <w:b/>
          <w:bCs/>
          <w:sz w:val="32"/>
          <w:szCs w:val="32"/>
        </w:rPr>
      </w:pPr>
      <w:r w:rsidRPr="0050746B">
        <w:rPr>
          <w:b/>
          <w:bCs/>
          <w:sz w:val="32"/>
          <w:szCs w:val="32"/>
        </w:rPr>
        <w:t>Prepared by: [Scout Group Name] | Scouts NSW</w:t>
      </w:r>
    </w:p>
    <w:sectPr w:rsidR="00DC28BD" w:rsidRPr="0050746B" w:rsidSect="0050746B">
      <w:headerReference w:type="default" r:id="rId8"/>
      <w:pgSz w:w="23811" w:h="16838" w:orient="landscape" w:code="8"/>
      <w:pgMar w:top="3261" w:right="1272" w:bottom="568" w:left="538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AE581" w14:textId="77777777" w:rsidR="005327FB" w:rsidRDefault="005327FB" w:rsidP="00DB5660">
      <w:pPr>
        <w:spacing w:after="0" w:line="240" w:lineRule="auto"/>
      </w:pPr>
      <w:r>
        <w:separator/>
      </w:r>
    </w:p>
  </w:endnote>
  <w:endnote w:type="continuationSeparator" w:id="0">
    <w:p w14:paraId="206ACBAF" w14:textId="77777777" w:rsidR="005327FB" w:rsidRDefault="005327FB" w:rsidP="00DB56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unito Sans">
    <w:panose1 w:val="00000500000000000000"/>
    <w:charset w:val="00"/>
    <w:family w:val="auto"/>
    <w:pitch w:val="variable"/>
    <w:sig w:usb0="20000007" w:usb1="00000001" w:usb2="00000000" w:usb3="00000000" w:csb0="000001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unito Sans Black">
    <w:panose1 w:val="00000A00000000000000"/>
    <w:charset w:val="00"/>
    <w:family w:val="auto"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8F91C" w14:textId="77777777" w:rsidR="005327FB" w:rsidRDefault="005327FB" w:rsidP="00DB5660">
      <w:pPr>
        <w:spacing w:after="0" w:line="240" w:lineRule="auto"/>
      </w:pPr>
      <w:r>
        <w:separator/>
      </w:r>
    </w:p>
  </w:footnote>
  <w:footnote w:type="continuationSeparator" w:id="0">
    <w:p w14:paraId="60F98100" w14:textId="77777777" w:rsidR="005327FB" w:rsidRDefault="005327FB" w:rsidP="00DB56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DB29B" w14:textId="5C1C3FBC" w:rsidR="00DB5660" w:rsidRDefault="0050746B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2C5EF5B" wp14:editId="5B7E650E">
          <wp:simplePos x="0" y="0"/>
          <wp:positionH relativeFrom="column">
            <wp:posOffset>-3430905</wp:posOffset>
          </wp:positionH>
          <wp:positionV relativeFrom="paragraph">
            <wp:posOffset>-457200</wp:posOffset>
          </wp:positionV>
          <wp:extent cx="15089697" cy="10668000"/>
          <wp:effectExtent l="0" t="0" r="0" b="0"/>
          <wp:wrapNone/>
          <wp:docPr id="79856866" name="Picture 2" descr="A thank you card with blue and red pain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1212611" name="Picture 2" descr="A thank you card with blue and red paint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089697" cy="106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6DF0A0A"/>
    <w:multiLevelType w:val="hybridMultilevel"/>
    <w:tmpl w:val="9A262A84"/>
    <w:lvl w:ilvl="0" w:tplc="0C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2027634155">
    <w:abstractNumId w:val="8"/>
  </w:num>
  <w:num w:numId="2" w16cid:durableId="1307198815">
    <w:abstractNumId w:val="6"/>
  </w:num>
  <w:num w:numId="3" w16cid:durableId="1160266298">
    <w:abstractNumId w:val="5"/>
  </w:num>
  <w:num w:numId="4" w16cid:durableId="92824340">
    <w:abstractNumId w:val="4"/>
  </w:num>
  <w:num w:numId="5" w16cid:durableId="128597822">
    <w:abstractNumId w:val="7"/>
  </w:num>
  <w:num w:numId="6" w16cid:durableId="632364842">
    <w:abstractNumId w:val="3"/>
  </w:num>
  <w:num w:numId="7" w16cid:durableId="1194339723">
    <w:abstractNumId w:val="2"/>
  </w:num>
  <w:num w:numId="8" w16cid:durableId="1925338689">
    <w:abstractNumId w:val="1"/>
  </w:num>
  <w:num w:numId="9" w16cid:durableId="510072895">
    <w:abstractNumId w:val="0"/>
  </w:num>
  <w:num w:numId="10" w16cid:durableId="186601704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42D21"/>
    <w:rsid w:val="0050746B"/>
    <w:rsid w:val="005327FB"/>
    <w:rsid w:val="00AA1D8D"/>
    <w:rsid w:val="00B47730"/>
    <w:rsid w:val="00CB0664"/>
    <w:rsid w:val="00DB5660"/>
    <w:rsid w:val="00DC28BD"/>
    <w:rsid w:val="00FC693F"/>
    <w:rsid w:val="12246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062061"/>
  <w14:defaultImageDpi w14:val="300"/>
  <w15:docId w15:val="{BAEF2656-5538-467E-959A-40F045C93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CA8DE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C8F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C8F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C8F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8709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8709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C8F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CA8DE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4C8F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4C8F5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4C8F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C1C48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C1C48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4C8F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4C8F5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4C8F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8709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8709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4C8F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4C8F5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4C8F5" w:themeColor="accent1"/>
      </w:pBdr>
      <w:spacing w:before="200" w:after="280"/>
      <w:ind w:left="936" w:right="936"/>
    </w:pPr>
    <w:rPr>
      <w:b/>
      <w:bCs/>
      <w:i/>
      <w:iCs/>
      <w:color w:val="44C8F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4C8F5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4C8F5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6B9E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6B9E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CA8DE" w:themeColor="accent1" w:themeShade="BF"/>
    </w:rPr>
    <w:tblPr>
      <w:tblStyleRowBandSize w:val="1"/>
      <w:tblStyleColBandSize w:val="1"/>
      <w:tblBorders>
        <w:top w:val="single" w:sz="8" w:space="0" w:color="44C8F5" w:themeColor="accent1"/>
        <w:bottom w:val="single" w:sz="8" w:space="0" w:color="44C8F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C8F5" w:themeColor="accent1"/>
          <w:left w:val="nil"/>
          <w:bottom w:val="single" w:sz="8" w:space="0" w:color="44C8F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C8F5" w:themeColor="accent1"/>
          <w:left w:val="nil"/>
          <w:bottom w:val="single" w:sz="8" w:space="0" w:color="44C8F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F1F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F1FC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4F76" w:themeColor="accent2" w:themeShade="BF"/>
    </w:rPr>
    <w:tblPr>
      <w:tblStyleRowBandSize w:val="1"/>
      <w:tblStyleColBandSize w:val="1"/>
      <w:tblBorders>
        <w:top w:val="single" w:sz="8" w:space="0" w:color="006B9E" w:themeColor="accent2"/>
        <w:bottom w:val="single" w:sz="8" w:space="0" w:color="006B9E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B9E" w:themeColor="accent2"/>
          <w:left w:val="nil"/>
          <w:bottom w:val="single" w:sz="8" w:space="0" w:color="006B9E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B9E" w:themeColor="accent2"/>
          <w:left w:val="nil"/>
          <w:bottom w:val="single" w:sz="8" w:space="0" w:color="006B9E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E2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8E2FF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31B8F2" w:themeColor="accent3" w:themeShade="BF"/>
    </w:rPr>
    <w:tblPr>
      <w:tblStyleRowBandSize w:val="1"/>
      <w:tblStyleColBandSize w:val="1"/>
      <w:tblBorders>
        <w:top w:val="single" w:sz="8" w:space="0" w:color="8ED8F8" w:themeColor="accent3"/>
        <w:bottom w:val="single" w:sz="8" w:space="0" w:color="8ED8F8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ED8F8" w:themeColor="accent3"/>
          <w:left w:val="nil"/>
          <w:bottom w:val="single" w:sz="8" w:space="0" w:color="8ED8F8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ED8F8" w:themeColor="accent3"/>
          <w:left w:val="nil"/>
          <w:bottom w:val="single" w:sz="8" w:space="0" w:color="8ED8F8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5FD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F5FD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8798" w:themeColor="accent4" w:themeShade="BF"/>
    </w:rPr>
    <w:tblPr>
      <w:tblStyleRowBandSize w:val="1"/>
      <w:tblStyleColBandSize w:val="1"/>
      <w:tblBorders>
        <w:top w:val="single" w:sz="8" w:space="0" w:color="00B5CC" w:themeColor="accent4"/>
        <w:bottom w:val="single" w:sz="8" w:space="0" w:color="00B5CC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B5CC" w:themeColor="accent4"/>
          <w:left w:val="nil"/>
          <w:bottom w:val="single" w:sz="8" w:space="0" w:color="00B5CC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B5CC" w:themeColor="accent4"/>
          <w:left w:val="nil"/>
          <w:bottom w:val="single" w:sz="8" w:space="0" w:color="00B5CC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F6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F6FF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58C3F4" w:themeColor="accent5" w:themeShade="BF"/>
    </w:rPr>
    <w:tblPr>
      <w:tblStyleRowBandSize w:val="1"/>
      <w:tblStyleColBandSize w:val="1"/>
      <w:tblBorders>
        <w:top w:val="single" w:sz="8" w:space="0" w:color="C1E9FB" w:themeColor="accent5"/>
        <w:bottom w:val="single" w:sz="8" w:space="0" w:color="C1E9FB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1E9FB" w:themeColor="accent5"/>
          <w:left w:val="nil"/>
          <w:bottom w:val="single" w:sz="8" w:space="0" w:color="C1E9FB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1E9FB" w:themeColor="accent5"/>
          <w:left w:val="nil"/>
          <w:bottom w:val="single" w:sz="8" w:space="0" w:color="C1E9FB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F9F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F9FE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6192" w:themeColor="accent6" w:themeShade="BF"/>
    </w:rPr>
    <w:tblPr>
      <w:tblStyleRowBandSize w:val="1"/>
      <w:tblStyleColBandSize w:val="1"/>
      <w:tblBorders>
        <w:top w:val="single" w:sz="8" w:space="0" w:color="0083C4" w:themeColor="accent6"/>
        <w:bottom w:val="single" w:sz="8" w:space="0" w:color="0083C4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3C4" w:themeColor="accent6"/>
          <w:left w:val="nil"/>
          <w:bottom w:val="single" w:sz="8" w:space="0" w:color="0083C4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3C4" w:themeColor="accent6"/>
          <w:left w:val="nil"/>
          <w:bottom w:val="single" w:sz="8" w:space="0" w:color="0083C4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E5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1E5FF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4C8F5" w:themeColor="accent1"/>
        <w:left w:val="single" w:sz="8" w:space="0" w:color="44C8F5" w:themeColor="accent1"/>
        <w:bottom w:val="single" w:sz="8" w:space="0" w:color="44C8F5" w:themeColor="accent1"/>
        <w:right w:val="single" w:sz="8" w:space="0" w:color="44C8F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C8F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C8F5" w:themeColor="accent1"/>
          <w:left w:val="single" w:sz="8" w:space="0" w:color="44C8F5" w:themeColor="accent1"/>
          <w:bottom w:val="single" w:sz="8" w:space="0" w:color="44C8F5" w:themeColor="accent1"/>
          <w:right w:val="single" w:sz="8" w:space="0" w:color="44C8F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C8F5" w:themeColor="accent1"/>
          <w:left w:val="single" w:sz="8" w:space="0" w:color="44C8F5" w:themeColor="accent1"/>
          <w:bottom w:val="single" w:sz="8" w:space="0" w:color="44C8F5" w:themeColor="accent1"/>
          <w:right w:val="single" w:sz="8" w:space="0" w:color="44C8F5" w:themeColor="accent1"/>
        </w:tcBorders>
      </w:tcPr>
    </w:tblStylePr>
    <w:tblStylePr w:type="band1Horz">
      <w:tblPr/>
      <w:tcPr>
        <w:tcBorders>
          <w:top w:val="single" w:sz="8" w:space="0" w:color="44C8F5" w:themeColor="accent1"/>
          <w:left w:val="single" w:sz="8" w:space="0" w:color="44C8F5" w:themeColor="accent1"/>
          <w:bottom w:val="single" w:sz="8" w:space="0" w:color="44C8F5" w:themeColor="accent1"/>
          <w:right w:val="single" w:sz="8" w:space="0" w:color="44C8F5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6B9E" w:themeColor="accent2"/>
        <w:left w:val="single" w:sz="8" w:space="0" w:color="006B9E" w:themeColor="accent2"/>
        <w:bottom w:val="single" w:sz="8" w:space="0" w:color="006B9E" w:themeColor="accent2"/>
        <w:right w:val="single" w:sz="8" w:space="0" w:color="006B9E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B9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B9E" w:themeColor="accent2"/>
          <w:left w:val="single" w:sz="8" w:space="0" w:color="006B9E" w:themeColor="accent2"/>
          <w:bottom w:val="single" w:sz="8" w:space="0" w:color="006B9E" w:themeColor="accent2"/>
          <w:right w:val="single" w:sz="8" w:space="0" w:color="006B9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B9E" w:themeColor="accent2"/>
          <w:left w:val="single" w:sz="8" w:space="0" w:color="006B9E" w:themeColor="accent2"/>
          <w:bottom w:val="single" w:sz="8" w:space="0" w:color="006B9E" w:themeColor="accent2"/>
          <w:right w:val="single" w:sz="8" w:space="0" w:color="006B9E" w:themeColor="accent2"/>
        </w:tcBorders>
      </w:tcPr>
    </w:tblStylePr>
    <w:tblStylePr w:type="band1Horz">
      <w:tblPr/>
      <w:tcPr>
        <w:tcBorders>
          <w:top w:val="single" w:sz="8" w:space="0" w:color="006B9E" w:themeColor="accent2"/>
          <w:left w:val="single" w:sz="8" w:space="0" w:color="006B9E" w:themeColor="accent2"/>
          <w:bottom w:val="single" w:sz="8" w:space="0" w:color="006B9E" w:themeColor="accent2"/>
          <w:right w:val="single" w:sz="8" w:space="0" w:color="006B9E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ED8F8" w:themeColor="accent3"/>
        <w:left w:val="single" w:sz="8" w:space="0" w:color="8ED8F8" w:themeColor="accent3"/>
        <w:bottom w:val="single" w:sz="8" w:space="0" w:color="8ED8F8" w:themeColor="accent3"/>
        <w:right w:val="single" w:sz="8" w:space="0" w:color="8ED8F8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ED8F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ED8F8" w:themeColor="accent3"/>
          <w:left w:val="single" w:sz="8" w:space="0" w:color="8ED8F8" w:themeColor="accent3"/>
          <w:bottom w:val="single" w:sz="8" w:space="0" w:color="8ED8F8" w:themeColor="accent3"/>
          <w:right w:val="single" w:sz="8" w:space="0" w:color="8ED8F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ED8F8" w:themeColor="accent3"/>
          <w:left w:val="single" w:sz="8" w:space="0" w:color="8ED8F8" w:themeColor="accent3"/>
          <w:bottom w:val="single" w:sz="8" w:space="0" w:color="8ED8F8" w:themeColor="accent3"/>
          <w:right w:val="single" w:sz="8" w:space="0" w:color="8ED8F8" w:themeColor="accent3"/>
        </w:tcBorders>
      </w:tcPr>
    </w:tblStylePr>
    <w:tblStylePr w:type="band1Horz">
      <w:tblPr/>
      <w:tcPr>
        <w:tcBorders>
          <w:top w:val="single" w:sz="8" w:space="0" w:color="8ED8F8" w:themeColor="accent3"/>
          <w:left w:val="single" w:sz="8" w:space="0" w:color="8ED8F8" w:themeColor="accent3"/>
          <w:bottom w:val="single" w:sz="8" w:space="0" w:color="8ED8F8" w:themeColor="accent3"/>
          <w:right w:val="single" w:sz="8" w:space="0" w:color="8ED8F8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B5CC" w:themeColor="accent4"/>
        <w:left w:val="single" w:sz="8" w:space="0" w:color="00B5CC" w:themeColor="accent4"/>
        <w:bottom w:val="single" w:sz="8" w:space="0" w:color="00B5CC" w:themeColor="accent4"/>
        <w:right w:val="single" w:sz="8" w:space="0" w:color="00B5CC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B5C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B5CC" w:themeColor="accent4"/>
          <w:left w:val="single" w:sz="8" w:space="0" w:color="00B5CC" w:themeColor="accent4"/>
          <w:bottom w:val="single" w:sz="8" w:space="0" w:color="00B5CC" w:themeColor="accent4"/>
          <w:right w:val="single" w:sz="8" w:space="0" w:color="00B5C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B5CC" w:themeColor="accent4"/>
          <w:left w:val="single" w:sz="8" w:space="0" w:color="00B5CC" w:themeColor="accent4"/>
          <w:bottom w:val="single" w:sz="8" w:space="0" w:color="00B5CC" w:themeColor="accent4"/>
          <w:right w:val="single" w:sz="8" w:space="0" w:color="00B5CC" w:themeColor="accent4"/>
        </w:tcBorders>
      </w:tcPr>
    </w:tblStylePr>
    <w:tblStylePr w:type="band1Horz">
      <w:tblPr/>
      <w:tcPr>
        <w:tcBorders>
          <w:top w:val="single" w:sz="8" w:space="0" w:color="00B5CC" w:themeColor="accent4"/>
          <w:left w:val="single" w:sz="8" w:space="0" w:color="00B5CC" w:themeColor="accent4"/>
          <w:bottom w:val="single" w:sz="8" w:space="0" w:color="00B5CC" w:themeColor="accent4"/>
          <w:right w:val="single" w:sz="8" w:space="0" w:color="00B5CC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1E9FB" w:themeColor="accent5"/>
        <w:left w:val="single" w:sz="8" w:space="0" w:color="C1E9FB" w:themeColor="accent5"/>
        <w:bottom w:val="single" w:sz="8" w:space="0" w:color="C1E9FB" w:themeColor="accent5"/>
        <w:right w:val="single" w:sz="8" w:space="0" w:color="C1E9FB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1E9F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1E9FB" w:themeColor="accent5"/>
          <w:left w:val="single" w:sz="8" w:space="0" w:color="C1E9FB" w:themeColor="accent5"/>
          <w:bottom w:val="single" w:sz="8" w:space="0" w:color="C1E9FB" w:themeColor="accent5"/>
          <w:right w:val="single" w:sz="8" w:space="0" w:color="C1E9F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1E9FB" w:themeColor="accent5"/>
          <w:left w:val="single" w:sz="8" w:space="0" w:color="C1E9FB" w:themeColor="accent5"/>
          <w:bottom w:val="single" w:sz="8" w:space="0" w:color="C1E9FB" w:themeColor="accent5"/>
          <w:right w:val="single" w:sz="8" w:space="0" w:color="C1E9FB" w:themeColor="accent5"/>
        </w:tcBorders>
      </w:tcPr>
    </w:tblStylePr>
    <w:tblStylePr w:type="band1Horz">
      <w:tblPr/>
      <w:tcPr>
        <w:tcBorders>
          <w:top w:val="single" w:sz="8" w:space="0" w:color="C1E9FB" w:themeColor="accent5"/>
          <w:left w:val="single" w:sz="8" w:space="0" w:color="C1E9FB" w:themeColor="accent5"/>
          <w:bottom w:val="single" w:sz="8" w:space="0" w:color="C1E9FB" w:themeColor="accent5"/>
          <w:right w:val="single" w:sz="8" w:space="0" w:color="C1E9FB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83C4" w:themeColor="accent6"/>
        <w:left w:val="single" w:sz="8" w:space="0" w:color="0083C4" w:themeColor="accent6"/>
        <w:bottom w:val="single" w:sz="8" w:space="0" w:color="0083C4" w:themeColor="accent6"/>
        <w:right w:val="single" w:sz="8" w:space="0" w:color="0083C4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3C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3C4" w:themeColor="accent6"/>
          <w:left w:val="single" w:sz="8" w:space="0" w:color="0083C4" w:themeColor="accent6"/>
          <w:bottom w:val="single" w:sz="8" w:space="0" w:color="0083C4" w:themeColor="accent6"/>
          <w:right w:val="single" w:sz="8" w:space="0" w:color="0083C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3C4" w:themeColor="accent6"/>
          <w:left w:val="single" w:sz="8" w:space="0" w:color="0083C4" w:themeColor="accent6"/>
          <w:bottom w:val="single" w:sz="8" w:space="0" w:color="0083C4" w:themeColor="accent6"/>
          <w:right w:val="single" w:sz="8" w:space="0" w:color="0083C4" w:themeColor="accent6"/>
        </w:tcBorders>
      </w:tcPr>
    </w:tblStylePr>
    <w:tblStylePr w:type="band1Horz">
      <w:tblPr/>
      <w:tcPr>
        <w:tcBorders>
          <w:top w:val="single" w:sz="8" w:space="0" w:color="0083C4" w:themeColor="accent6"/>
          <w:left w:val="single" w:sz="8" w:space="0" w:color="0083C4" w:themeColor="accent6"/>
          <w:bottom w:val="single" w:sz="8" w:space="0" w:color="0083C4" w:themeColor="accent6"/>
          <w:right w:val="single" w:sz="8" w:space="0" w:color="0083C4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4C8F5" w:themeColor="accent1"/>
        <w:left w:val="single" w:sz="8" w:space="0" w:color="44C8F5" w:themeColor="accent1"/>
        <w:bottom w:val="single" w:sz="8" w:space="0" w:color="44C8F5" w:themeColor="accent1"/>
        <w:right w:val="single" w:sz="8" w:space="0" w:color="44C8F5" w:themeColor="accent1"/>
        <w:insideH w:val="single" w:sz="8" w:space="0" w:color="44C8F5" w:themeColor="accent1"/>
        <w:insideV w:val="single" w:sz="8" w:space="0" w:color="44C8F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C8F5" w:themeColor="accent1"/>
          <w:left w:val="single" w:sz="8" w:space="0" w:color="44C8F5" w:themeColor="accent1"/>
          <w:bottom w:val="single" w:sz="18" w:space="0" w:color="44C8F5" w:themeColor="accent1"/>
          <w:right w:val="single" w:sz="8" w:space="0" w:color="44C8F5" w:themeColor="accent1"/>
          <w:insideH w:val="nil"/>
          <w:insideV w:val="single" w:sz="8" w:space="0" w:color="44C8F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C8F5" w:themeColor="accent1"/>
          <w:left w:val="single" w:sz="8" w:space="0" w:color="44C8F5" w:themeColor="accent1"/>
          <w:bottom w:val="single" w:sz="8" w:space="0" w:color="44C8F5" w:themeColor="accent1"/>
          <w:right w:val="single" w:sz="8" w:space="0" w:color="44C8F5" w:themeColor="accent1"/>
          <w:insideH w:val="nil"/>
          <w:insideV w:val="single" w:sz="8" w:space="0" w:color="44C8F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C8F5" w:themeColor="accent1"/>
          <w:left w:val="single" w:sz="8" w:space="0" w:color="44C8F5" w:themeColor="accent1"/>
          <w:bottom w:val="single" w:sz="8" w:space="0" w:color="44C8F5" w:themeColor="accent1"/>
          <w:right w:val="single" w:sz="8" w:space="0" w:color="44C8F5" w:themeColor="accent1"/>
        </w:tcBorders>
      </w:tcPr>
    </w:tblStylePr>
    <w:tblStylePr w:type="band1Vert">
      <w:tblPr/>
      <w:tcPr>
        <w:tcBorders>
          <w:top w:val="single" w:sz="8" w:space="0" w:color="44C8F5" w:themeColor="accent1"/>
          <w:left w:val="single" w:sz="8" w:space="0" w:color="44C8F5" w:themeColor="accent1"/>
          <w:bottom w:val="single" w:sz="8" w:space="0" w:color="44C8F5" w:themeColor="accent1"/>
          <w:right w:val="single" w:sz="8" w:space="0" w:color="44C8F5" w:themeColor="accent1"/>
        </w:tcBorders>
        <w:shd w:val="clear" w:color="auto" w:fill="D0F1FC" w:themeFill="accent1" w:themeFillTint="3F"/>
      </w:tcPr>
    </w:tblStylePr>
    <w:tblStylePr w:type="band1Horz">
      <w:tblPr/>
      <w:tcPr>
        <w:tcBorders>
          <w:top w:val="single" w:sz="8" w:space="0" w:color="44C8F5" w:themeColor="accent1"/>
          <w:left w:val="single" w:sz="8" w:space="0" w:color="44C8F5" w:themeColor="accent1"/>
          <w:bottom w:val="single" w:sz="8" w:space="0" w:color="44C8F5" w:themeColor="accent1"/>
          <w:right w:val="single" w:sz="8" w:space="0" w:color="44C8F5" w:themeColor="accent1"/>
          <w:insideV w:val="single" w:sz="8" w:space="0" w:color="44C8F5" w:themeColor="accent1"/>
        </w:tcBorders>
        <w:shd w:val="clear" w:color="auto" w:fill="D0F1FC" w:themeFill="accent1" w:themeFillTint="3F"/>
      </w:tcPr>
    </w:tblStylePr>
    <w:tblStylePr w:type="band2Horz">
      <w:tblPr/>
      <w:tcPr>
        <w:tcBorders>
          <w:top w:val="single" w:sz="8" w:space="0" w:color="44C8F5" w:themeColor="accent1"/>
          <w:left w:val="single" w:sz="8" w:space="0" w:color="44C8F5" w:themeColor="accent1"/>
          <w:bottom w:val="single" w:sz="8" w:space="0" w:color="44C8F5" w:themeColor="accent1"/>
          <w:right w:val="single" w:sz="8" w:space="0" w:color="44C8F5" w:themeColor="accent1"/>
          <w:insideV w:val="single" w:sz="8" w:space="0" w:color="44C8F5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6B9E" w:themeColor="accent2"/>
        <w:left w:val="single" w:sz="8" w:space="0" w:color="006B9E" w:themeColor="accent2"/>
        <w:bottom w:val="single" w:sz="8" w:space="0" w:color="006B9E" w:themeColor="accent2"/>
        <w:right w:val="single" w:sz="8" w:space="0" w:color="006B9E" w:themeColor="accent2"/>
        <w:insideH w:val="single" w:sz="8" w:space="0" w:color="006B9E" w:themeColor="accent2"/>
        <w:insideV w:val="single" w:sz="8" w:space="0" w:color="006B9E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B9E" w:themeColor="accent2"/>
          <w:left w:val="single" w:sz="8" w:space="0" w:color="006B9E" w:themeColor="accent2"/>
          <w:bottom w:val="single" w:sz="18" w:space="0" w:color="006B9E" w:themeColor="accent2"/>
          <w:right w:val="single" w:sz="8" w:space="0" w:color="006B9E" w:themeColor="accent2"/>
          <w:insideH w:val="nil"/>
          <w:insideV w:val="single" w:sz="8" w:space="0" w:color="006B9E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B9E" w:themeColor="accent2"/>
          <w:left w:val="single" w:sz="8" w:space="0" w:color="006B9E" w:themeColor="accent2"/>
          <w:bottom w:val="single" w:sz="8" w:space="0" w:color="006B9E" w:themeColor="accent2"/>
          <w:right w:val="single" w:sz="8" w:space="0" w:color="006B9E" w:themeColor="accent2"/>
          <w:insideH w:val="nil"/>
          <w:insideV w:val="single" w:sz="8" w:space="0" w:color="006B9E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B9E" w:themeColor="accent2"/>
          <w:left w:val="single" w:sz="8" w:space="0" w:color="006B9E" w:themeColor="accent2"/>
          <w:bottom w:val="single" w:sz="8" w:space="0" w:color="006B9E" w:themeColor="accent2"/>
          <w:right w:val="single" w:sz="8" w:space="0" w:color="006B9E" w:themeColor="accent2"/>
        </w:tcBorders>
      </w:tcPr>
    </w:tblStylePr>
    <w:tblStylePr w:type="band1Vert">
      <w:tblPr/>
      <w:tcPr>
        <w:tcBorders>
          <w:top w:val="single" w:sz="8" w:space="0" w:color="006B9E" w:themeColor="accent2"/>
          <w:left w:val="single" w:sz="8" w:space="0" w:color="006B9E" w:themeColor="accent2"/>
          <w:bottom w:val="single" w:sz="8" w:space="0" w:color="006B9E" w:themeColor="accent2"/>
          <w:right w:val="single" w:sz="8" w:space="0" w:color="006B9E" w:themeColor="accent2"/>
        </w:tcBorders>
        <w:shd w:val="clear" w:color="auto" w:fill="A8E2FF" w:themeFill="accent2" w:themeFillTint="3F"/>
      </w:tcPr>
    </w:tblStylePr>
    <w:tblStylePr w:type="band1Horz">
      <w:tblPr/>
      <w:tcPr>
        <w:tcBorders>
          <w:top w:val="single" w:sz="8" w:space="0" w:color="006B9E" w:themeColor="accent2"/>
          <w:left w:val="single" w:sz="8" w:space="0" w:color="006B9E" w:themeColor="accent2"/>
          <w:bottom w:val="single" w:sz="8" w:space="0" w:color="006B9E" w:themeColor="accent2"/>
          <w:right w:val="single" w:sz="8" w:space="0" w:color="006B9E" w:themeColor="accent2"/>
          <w:insideV w:val="single" w:sz="8" w:space="0" w:color="006B9E" w:themeColor="accent2"/>
        </w:tcBorders>
        <w:shd w:val="clear" w:color="auto" w:fill="A8E2FF" w:themeFill="accent2" w:themeFillTint="3F"/>
      </w:tcPr>
    </w:tblStylePr>
    <w:tblStylePr w:type="band2Horz">
      <w:tblPr/>
      <w:tcPr>
        <w:tcBorders>
          <w:top w:val="single" w:sz="8" w:space="0" w:color="006B9E" w:themeColor="accent2"/>
          <w:left w:val="single" w:sz="8" w:space="0" w:color="006B9E" w:themeColor="accent2"/>
          <w:bottom w:val="single" w:sz="8" w:space="0" w:color="006B9E" w:themeColor="accent2"/>
          <w:right w:val="single" w:sz="8" w:space="0" w:color="006B9E" w:themeColor="accent2"/>
          <w:insideV w:val="single" w:sz="8" w:space="0" w:color="006B9E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ED8F8" w:themeColor="accent3"/>
        <w:left w:val="single" w:sz="8" w:space="0" w:color="8ED8F8" w:themeColor="accent3"/>
        <w:bottom w:val="single" w:sz="8" w:space="0" w:color="8ED8F8" w:themeColor="accent3"/>
        <w:right w:val="single" w:sz="8" w:space="0" w:color="8ED8F8" w:themeColor="accent3"/>
        <w:insideH w:val="single" w:sz="8" w:space="0" w:color="8ED8F8" w:themeColor="accent3"/>
        <w:insideV w:val="single" w:sz="8" w:space="0" w:color="8ED8F8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ED8F8" w:themeColor="accent3"/>
          <w:left w:val="single" w:sz="8" w:space="0" w:color="8ED8F8" w:themeColor="accent3"/>
          <w:bottom w:val="single" w:sz="18" w:space="0" w:color="8ED8F8" w:themeColor="accent3"/>
          <w:right w:val="single" w:sz="8" w:space="0" w:color="8ED8F8" w:themeColor="accent3"/>
          <w:insideH w:val="nil"/>
          <w:insideV w:val="single" w:sz="8" w:space="0" w:color="8ED8F8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ED8F8" w:themeColor="accent3"/>
          <w:left w:val="single" w:sz="8" w:space="0" w:color="8ED8F8" w:themeColor="accent3"/>
          <w:bottom w:val="single" w:sz="8" w:space="0" w:color="8ED8F8" w:themeColor="accent3"/>
          <w:right w:val="single" w:sz="8" w:space="0" w:color="8ED8F8" w:themeColor="accent3"/>
          <w:insideH w:val="nil"/>
          <w:insideV w:val="single" w:sz="8" w:space="0" w:color="8ED8F8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ED8F8" w:themeColor="accent3"/>
          <w:left w:val="single" w:sz="8" w:space="0" w:color="8ED8F8" w:themeColor="accent3"/>
          <w:bottom w:val="single" w:sz="8" w:space="0" w:color="8ED8F8" w:themeColor="accent3"/>
          <w:right w:val="single" w:sz="8" w:space="0" w:color="8ED8F8" w:themeColor="accent3"/>
        </w:tcBorders>
      </w:tcPr>
    </w:tblStylePr>
    <w:tblStylePr w:type="band1Vert">
      <w:tblPr/>
      <w:tcPr>
        <w:tcBorders>
          <w:top w:val="single" w:sz="8" w:space="0" w:color="8ED8F8" w:themeColor="accent3"/>
          <w:left w:val="single" w:sz="8" w:space="0" w:color="8ED8F8" w:themeColor="accent3"/>
          <w:bottom w:val="single" w:sz="8" w:space="0" w:color="8ED8F8" w:themeColor="accent3"/>
          <w:right w:val="single" w:sz="8" w:space="0" w:color="8ED8F8" w:themeColor="accent3"/>
        </w:tcBorders>
        <w:shd w:val="clear" w:color="auto" w:fill="E3F5FD" w:themeFill="accent3" w:themeFillTint="3F"/>
      </w:tcPr>
    </w:tblStylePr>
    <w:tblStylePr w:type="band1Horz">
      <w:tblPr/>
      <w:tcPr>
        <w:tcBorders>
          <w:top w:val="single" w:sz="8" w:space="0" w:color="8ED8F8" w:themeColor="accent3"/>
          <w:left w:val="single" w:sz="8" w:space="0" w:color="8ED8F8" w:themeColor="accent3"/>
          <w:bottom w:val="single" w:sz="8" w:space="0" w:color="8ED8F8" w:themeColor="accent3"/>
          <w:right w:val="single" w:sz="8" w:space="0" w:color="8ED8F8" w:themeColor="accent3"/>
          <w:insideV w:val="single" w:sz="8" w:space="0" w:color="8ED8F8" w:themeColor="accent3"/>
        </w:tcBorders>
        <w:shd w:val="clear" w:color="auto" w:fill="E3F5FD" w:themeFill="accent3" w:themeFillTint="3F"/>
      </w:tcPr>
    </w:tblStylePr>
    <w:tblStylePr w:type="band2Horz">
      <w:tblPr/>
      <w:tcPr>
        <w:tcBorders>
          <w:top w:val="single" w:sz="8" w:space="0" w:color="8ED8F8" w:themeColor="accent3"/>
          <w:left w:val="single" w:sz="8" w:space="0" w:color="8ED8F8" w:themeColor="accent3"/>
          <w:bottom w:val="single" w:sz="8" w:space="0" w:color="8ED8F8" w:themeColor="accent3"/>
          <w:right w:val="single" w:sz="8" w:space="0" w:color="8ED8F8" w:themeColor="accent3"/>
          <w:insideV w:val="single" w:sz="8" w:space="0" w:color="8ED8F8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B5CC" w:themeColor="accent4"/>
        <w:left w:val="single" w:sz="8" w:space="0" w:color="00B5CC" w:themeColor="accent4"/>
        <w:bottom w:val="single" w:sz="8" w:space="0" w:color="00B5CC" w:themeColor="accent4"/>
        <w:right w:val="single" w:sz="8" w:space="0" w:color="00B5CC" w:themeColor="accent4"/>
        <w:insideH w:val="single" w:sz="8" w:space="0" w:color="00B5CC" w:themeColor="accent4"/>
        <w:insideV w:val="single" w:sz="8" w:space="0" w:color="00B5CC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B5CC" w:themeColor="accent4"/>
          <w:left w:val="single" w:sz="8" w:space="0" w:color="00B5CC" w:themeColor="accent4"/>
          <w:bottom w:val="single" w:sz="18" w:space="0" w:color="00B5CC" w:themeColor="accent4"/>
          <w:right w:val="single" w:sz="8" w:space="0" w:color="00B5CC" w:themeColor="accent4"/>
          <w:insideH w:val="nil"/>
          <w:insideV w:val="single" w:sz="8" w:space="0" w:color="00B5CC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B5CC" w:themeColor="accent4"/>
          <w:left w:val="single" w:sz="8" w:space="0" w:color="00B5CC" w:themeColor="accent4"/>
          <w:bottom w:val="single" w:sz="8" w:space="0" w:color="00B5CC" w:themeColor="accent4"/>
          <w:right w:val="single" w:sz="8" w:space="0" w:color="00B5CC" w:themeColor="accent4"/>
          <w:insideH w:val="nil"/>
          <w:insideV w:val="single" w:sz="8" w:space="0" w:color="00B5CC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B5CC" w:themeColor="accent4"/>
          <w:left w:val="single" w:sz="8" w:space="0" w:color="00B5CC" w:themeColor="accent4"/>
          <w:bottom w:val="single" w:sz="8" w:space="0" w:color="00B5CC" w:themeColor="accent4"/>
          <w:right w:val="single" w:sz="8" w:space="0" w:color="00B5CC" w:themeColor="accent4"/>
        </w:tcBorders>
      </w:tcPr>
    </w:tblStylePr>
    <w:tblStylePr w:type="band1Vert">
      <w:tblPr/>
      <w:tcPr>
        <w:tcBorders>
          <w:top w:val="single" w:sz="8" w:space="0" w:color="00B5CC" w:themeColor="accent4"/>
          <w:left w:val="single" w:sz="8" w:space="0" w:color="00B5CC" w:themeColor="accent4"/>
          <w:bottom w:val="single" w:sz="8" w:space="0" w:color="00B5CC" w:themeColor="accent4"/>
          <w:right w:val="single" w:sz="8" w:space="0" w:color="00B5CC" w:themeColor="accent4"/>
        </w:tcBorders>
        <w:shd w:val="clear" w:color="auto" w:fill="B3F6FF" w:themeFill="accent4" w:themeFillTint="3F"/>
      </w:tcPr>
    </w:tblStylePr>
    <w:tblStylePr w:type="band1Horz">
      <w:tblPr/>
      <w:tcPr>
        <w:tcBorders>
          <w:top w:val="single" w:sz="8" w:space="0" w:color="00B5CC" w:themeColor="accent4"/>
          <w:left w:val="single" w:sz="8" w:space="0" w:color="00B5CC" w:themeColor="accent4"/>
          <w:bottom w:val="single" w:sz="8" w:space="0" w:color="00B5CC" w:themeColor="accent4"/>
          <w:right w:val="single" w:sz="8" w:space="0" w:color="00B5CC" w:themeColor="accent4"/>
          <w:insideV w:val="single" w:sz="8" w:space="0" w:color="00B5CC" w:themeColor="accent4"/>
        </w:tcBorders>
        <w:shd w:val="clear" w:color="auto" w:fill="B3F6FF" w:themeFill="accent4" w:themeFillTint="3F"/>
      </w:tcPr>
    </w:tblStylePr>
    <w:tblStylePr w:type="band2Horz">
      <w:tblPr/>
      <w:tcPr>
        <w:tcBorders>
          <w:top w:val="single" w:sz="8" w:space="0" w:color="00B5CC" w:themeColor="accent4"/>
          <w:left w:val="single" w:sz="8" w:space="0" w:color="00B5CC" w:themeColor="accent4"/>
          <w:bottom w:val="single" w:sz="8" w:space="0" w:color="00B5CC" w:themeColor="accent4"/>
          <w:right w:val="single" w:sz="8" w:space="0" w:color="00B5CC" w:themeColor="accent4"/>
          <w:insideV w:val="single" w:sz="8" w:space="0" w:color="00B5CC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1E9FB" w:themeColor="accent5"/>
        <w:left w:val="single" w:sz="8" w:space="0" w:color="C1E9FB" w:themeColor="accent5"/>
        <w:bottom w:val="single" w:sz="8" w:space="0" w:color="C1E9FB" w:themeColor="accent5"/>
        <w:right w:val="single" w:sz="8" w:space="0" w:color="C1E9FB" w:themeColor="accent5"/>
        <w:insideH w:val="single" w:sz="8" w:space="0" w:color="C1E9FB" w:themeColor="accent5"/>
        <w:insideV w:val="single" w:sz="8" w:space="0" w:color="C1E9FB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1E9FB" w:themeColor="accent5"/>
          <w:left w:val="single" w:sz="8" w:space="0" w:color="C1E9FB" w:themeColor="accent5"/>
          <w:bottom w:val="single" w:sz="18" w:space="0" w:color="C1E9FB" w:themeColor="accent5"/>
          <w:right w:val="single" w:sz="8" w:space="0" w:color="C1E9FB" w:themeColor="accent5"/>
          <w:insideH w:val="nil"/>
          <w:insideV w:val="single" w:sz="8" w:space="0" w:color="C1E9FB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1E9FB" w:themeColor="accent5"/>
          <w:left w:val="single" w:sz="8" w:space="0" w:color="C1E9FB" w:themeColor="accent5"/>
          <w:bottom w:val="single" w:sz="8" w:space="0" w:color="C1E9FB" w:themeColor="accent5"/>
          <w:right w:val="single" w:sz="8" w:space="0" w:color="C1E9FB" w:themeColor="accent5"/>
          <w:insideH w:val="nil"/>
          <w:insideV w:val="single" w:sz="8" w:space="0" w:color="C1E9FB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1E9FB" w:themeColor="accent5"/>
          <w:left w:val="single" w:sz="8" w:space="0" w:color="C1E9FB" w:themeColor="accent5"/>
          <w:bottom w:val="single" w:sz="8" w:space="0" w:color="C1E9FB" w:themeColor="accent5"/>
          <w:right w:val="single" w:sz="8" w:space="0" w:color="C1E9FB" w:themeColor="accent5"/>
        </w:tcBorders>
      </w:tcPr>
    </w:tblStylePr>
    <w:tblStylePr w:type="band1Vert">
      <w:tblPr/>
      <w:tcPr>
        <w:tcBorders>
          <w:top w:val="single" w:sz="8" w:space="0" w:color="C1E9FB" w:themeColor="accent5"/>
          <w:left w:val="single" w:sz="8" w:space="0" w:color="C1E9FB" w:themeColor="accent5"/>
          <w:bottom w:val="single" w:sz="8" w:space="0" w:color="C1E9FB" w:themeColor="accent5"/>
          <w:right w:val="single" w:sz="8" w:space="0" w:color="C1E9FB" w:themeColor="accent5"/>
        </w:tcBorders>
        <w:shd w:val="clear" w:color="auto" w:fill="EFF9FE" w:themeFill="accent5" w:themeFillTint="3F"/>
      </w:tcPr>
    </w:tblStylePr>
    <w:tblStylePr w:type="band1Horz">
      <w:tblPr/>
      <w:tcPr>
        <w:tcBorders>
          <w:top w:val="single" w:sz="8" w:space="0" w:color="C1E9FB" w:themeColor="accent5"/>
          <w:left w:val="single" w:sz="8" w:space="0" w:color="C1E9FB" w:themeColor="accent5"/>
          <w:bottom w:val="single" w:sz="8" w:space="0" w:color="C1E9FB" w:themeColor="accent5"/>
          <w:right w:val="single" w:sz="8" w:space="0" w:color="C1E9FB" w:themeColor="accent5"/>
          <w:insideV w:val="single" w:sz="8" w:space="0" w:color="C1E9FB" w:themeColor="accent5"/>
        </w:tcBorders>
        <w:shd w:val="clear" w:color="auto" w:fill="EFF9FE" w:themeFill="accent5" w:themeFillTint="3F"/>
      </w:tcPr>
    </w:tblStylePr>
    <w:tblStylePr w:type="band2Horz">
      <w:tblPr/>
      <w:tcPr>
        <w:tcBorders>
          <w:top w:val="single" w:sz="8" w:space="0" w:color="C1E9FB" w:themeColor="accent5"/>
          <w:left w:val="single" w:sz="8" w:space="0" w:color="C1E9FB" w:themeColor="accent5"/>
          <w:bottom w:val="single" w:sz="8" w:space="0" w:color="C1E9FB" w:themeColor="accent5"/>
          <w:right w:val="single" w:sz="8" w:space="0" w:color="C1E9FB" w:themeColor="accent5"/>
          <w:insideV w:val="single" w:sz="8" w:space="0" w:color="C1E9FB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83C4" w:themeColor="accent6"/>
        <w:left w:val="single" w:sz="8" w:space="0" w:color="0083C4" w:themeColor="accent6"/>
        <w:bottom w:val="single" w:sz="8" w:space="0" w:color="0083C4" w:themeColor="accent6"/>
        <w:right w:val="single" w:sz="8" w:space="0" w:color="0083C4" w:themeColor="accent6"/>
        <w:insideH w:val="single" w:sz="8" w:space="0" w:color="0083C4" w:themeColor="accent6"/>
        <w:insideV w:val="single" w:sz="8" w:space="0" w:color="0083C4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3C4" w:themeColor="accent6"/>
          <w:left w:val="single" w:sz="8" w:space="0" w:color="0083C4" w:themeColor="accent6"/>
          <w:bottom w:val="single" w:sz="18" w:space="0" w:color="0083C4" w:themeColor="accent6"/>
          <w:right w:val="single" w:sz="8" w:space="0" w:color="0083C4" w:themeColor="accent6"/>
          <w:insideH w:val="nil"/>
          <w:insideV w:val="single" w:sz="8" w:space="0" w:color="0083C4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3C4" w:themeColor="accent6"/>
          <w:left w:val="single" w:sz="8" w:space="0" w:color="0083C4" w:themeColor="accent6"/>
          <w:bottom w:val="single" w:sz="8" w:space="0" w:color="0083C4" w:themeColor="accent6"/>
          <w:right w:val="single" w:sz="8" w:space="0" w:color="0083C4" w:themeColor="accent6"/>
          <w:insideH w:val="nil"/>
          <w:insideV w:val="single" w:sz="8" w:space="0" w:color="0083C4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3C4" w:themeColor="accent6"/>
          <w:left w:val="single" w:sz="8" w:space="0" w:color="0083C4" w:themeColor="accent6"/>
          <w:bottom w:val="single" w:sz="8" w:space="0" w:color="0083C4" w:themeColor="accent6"/>
          <w:right w:val="single" w:sz="8" w:space="0" w:color="0083C4" w:themeColor="accent6"/>
        </w:tcBorders>
      </w:tcPr>
    </w:tblStylePr>
    <w:tblStylePr w:type="band1Vert">
      <w:tblPr/>
      <w:tcPr>
        <w:tcBorders>
          <w:top w:val="single" w:sz="8" w:space="0" w:color="0083C4" w:themeColor="accent6"/>
          <w:left w:val="single" w:sz="8" w:space="0" w:color="0083C4" w:themeColor="accent6"/>
          <w:bottom w:val="single" w:sz="8" w:space="0" w:color="0083C4" w:themeColor="accent6"/>
          <w:right w:val="single" w:sz="8" w:space="0" w:color="0083C4" w:themeColor="accent6"/>
        </w:tcBorders>
        <w:shd w:val="clear" w:color="auto" w:fill="B1E5FF" w:themeFill="accent6" w:themeFillTint="3F"/>
      </w:tcPr>
    </w:tblStylePr>
    <w:tblStylePr w:type="band1Horz">
      <w:tblPr/>
      <w:tcPr>
        <w:tcBorders>
          <w:top w:val="single" w:sz="8" w:space="0" w:color="0083C4" w:themeColor="accent6"/>
          <w:left w:val="single" w:sz="8" w:space="0" w:color="0083C4" w:themeColor="accent6"/>
          <w:bottom w:val="single" w:sz="8" w:space="0" w:color="0083C4" w:themeColor="accent6"/>
          <w:right w:val="single" w:sz="8" w:space="0" w:color="0083C4" w:themeColor="accent6"/>
          <w:insideV w:val="single" w:sz="8" w:space="0" w:color="0083C4" w:themeColor="accent6"/>
        </w:tcBorders>
        <w:shd w:val="clear" w:color="auto" w:fill="B1E5FF" w:themeFill="accent6" w:themeFillTint="3F"/>
      </w:tcPr>
    </w:tblStylePr>
    <w:tblStylePr w:type="band2Horz">
      <w:tblPr/>
      <w:tcPr>
        <w:tcBorders>
          <w:top w:val="single" w:sz="8" w:space="0" w:color="0083C4" w:themeColor="accent6"/>
          <w:left w:val="single" w:sz="8" w:space="0" w:color="0083C4" w:themeColor="accent6"/>
          <w:bottom w:val="single" w:sz="8" w:space="0" w:color="0083C4" w:themeColor="accent6"/>
          <w:right w:val="single" w:sz="8" w:space="0" w:color="0083C4" w:themeColor="accent6"/>
          <w:insideV w:val="single" w:sz="8" w:space="0" w:color="0083C4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2D5F7" w:themeColor="accent1" w:themeTint="BF"/>
        <w:left w:val="single" w:sz="8" w:space="0" w:color="72D5F7" w:themeColor="accent1" w:themeTint="BF"/>
        <w:bottom w:val="single" w:sz="8" w:space="0" w:color="72D5F7" w:themeColor="accent1" w:themeTint="BF"/>
        <w:right w:val="single" w:sz="8" w:space="0" w:color="72D5F7" w:themeColor="accent1" w:themeTint="BF"/>
        <w:insideH w:val="single" w:sz="8" w:space="0" w:color="72D5F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D5F7" w:themeColor="accent1" w:themeTint="BF"/>
          <w:left w:val="single" w:sz="8" w:space="0" w:color="72D5F7" w:themeColor="accent1" w:themeTint="BF"/>
          <w:bottom w:val="single" w:sz="8" w:space="0" w:color="72D5F7" w:themeColor="accent1" w:themeTint="BF"/>
          <w:right w:val="single" w:sz="8" w:space="0" w:color="72D5F7" w:themeColor="accent1" w:themeTint="BF"/>
          <w:insideH w:val="nil"/>
          <w:insideV w:val="nil"/>
        </w:tcBorders>
        <w:shd w:val="clear" w:color="auto" w:fill="44C8F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D5F7" w:themeColor="accent1" w:themeTint="BF"/>
          <w:left w:val="single" w:sz="8" w:space="0" w:color="72D5F7" w:themeColor="accent1" w:themeTint="BF"/>
          <w:bottom w:val="single" w:sz="8" w:space="0" w:color="72D5F7" w:themeColor="accent1" w:themeTint="BF"/>
          <w:right w:val="single" w:sz="8" w:space="0" w:color="72D5F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F1FC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F1FC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A6F6" w:themeColor="accent2" w:themeTint="BF"/>
        <w:left w:val="single" w:sz="8" w:space="0" w:color="00A6F6" w:themeColor="accent2" w:themeTint="BF"/>
        <w:bottom w:val="single" w:sz="8" w:space="0" w:color="00A6F6" w:themeColor="accent2" w:themeTint="BF"/>
        <w:right w:val="single" w:sz="8" w:space="0" w:color="00A6F6" w:themeColor="accent2" w:themeTint="BF"/>
        <w:insideH w:val="single" w:sz="8" w:space="0" w:color="00A6F6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A6F6" w:themeColor="accent2" w:themeTint="BF"/>
          <w:left w:val="single" w:sz="8" w:space="0" w:color="00A6F6" w:themeColor="accent2" w:themeTint="BF"/>
          <w:bottom w:val="single" w:sz="8" w:space="0" w:color="00A6F6" w:themeColor="accent2" w:themeTint="BF"/>
          <w:right w:val="single" w:sz="8" w:space="0" w:color="00A6F6" w:themeColor="accent2" w:themeTint="BF"/>
          <w:insideH w:val="nil"/>
          <w:insideV w:val="nil"/>
        </w:tcBorders>
        <w:shd w:val="clear" w:color="auto" w:fill="006B9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6F6" w:themeColor="accent2" w:themeTint="BF"/>
          <w:left w:val="single" w:sz="8" w:space="0" w:color="00A6F6" w:themeColor="accent2" w:themeTint="BF"/>
          <w:bottom w:val="single" w:sz="8" w:space="0" w:color="00A6F6" w:themeColor="accent2" w:themeTint="BF"/>
          <w:right w:val="single" w:sz="8" w:space="0" w:color="00A6F6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8E2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8E2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AE1F9" w:themeColor="accent3" w:themeTint="BF"/>
        <w:left w:val="single" w:sz="8" w:space="0" w:color="AAE1F9" w:themeColor="accent3" w:themeTint="BF"/>
        <w:bottom w:val="single" w:sz="8" w:space="0" w:color="AAE1F9" w:themeColor="accent3" w:themeTint="BF"/>
        <w:right w:val="single" w:sz="8" w:space="0" w:color="AAE1F9" w:themeColor="accent3" w:themeTint="BF"/>
        <w:insideH w:val="single" w:sz="8" w:space="0" w:color="AAE1F9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AE1F9" w:themeColor="accent3" w:themeTint="BF"/>
          <w:left w:val="single" w:sz="8" w:space="0" w:color="AAE1F9" w:themeColor="accent3" w:themeTint="BF"/>
          <w:bottom w:val="single" w:sz="8" w:space="0" w:color="AAE1F9" w:themeColor="accent3" w:themeTint="BF"/>
          <w:right w:val="single" w:sz="8" w:space="0" w:color="AAE1F9" w:themeColor="accent3" w:themeTint="BF"/>
          <w:insideH w:val="nil"/>
          <w:insideV w:val="nil"/>
        </w:tcBorders>
        <w:shd w:val="clear" w:color="auto" w:fill="8ED8F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AE1F9" w:themeColor="accent3" w:themeTint="BF"/>
          <w:left w:val="single" w:sz="8" w:space="0" w:color="AAE1F9" w:themeColor="accent3" w:themeTint="BF"/>
          <w:bottom w:val="single" w:sz="8" w:space="0" w:color="AAE1F9" w:themeColor="accent3" w:themeTint="BF"/>
          <w:right w:val="single" w:sz="8" w:space="0" w:color="AAE1F9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5FD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F5FD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9E4FF" w:themeColor="accent4" w:themeTint="BF"/>
        <w:left w:val="single" w:sz="8" w:space="0" w:color="19E4FF" w:themeColor="accent4" w:themeTint="BF"/>
        <w:bottom w:val="single" w:sz="8" w:space="0" w:color="19E4FF" w:themeColor="accent4" w:themeTint="BF"/>
        <w:right w:val="single" w:sz="8" w:space="0" w:color="19E4FF" w:themeColor="accent4" w:themeTint="BF"/>
        <w:insideH w:val="single" w:sz="8" w:space="0" w:color="19E4F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9E4FF" w:themeColor="accent4" w:themeTint="BF"/>
          <w:left w:val="single" w:sz="8" w:space="0" w:color="19E4FF" w:themeColor="accent4" w:themeTint="BF"/>
          <w:bottom w:val="single" w:sz="8" w:space="0" w:color="19E4FF" w:themeColor="accent4" w:themeTint="BF"/>
          <w:right w:val="single" w:sz="8" w:space="0" w:color="19E4FF" w:themeColor="accent4" w:themeTint="BF"/>
          <w:insideH w:val="nil"/>
          <w:insideV w:val="nil"/>
        </w:tcBorders>
        <w:shd w:val="clear" w:color="auto" w:fill="00B5C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E4FF" w:themeColor="accent4" w:themeTint="BF"/>
          <w:left w:val="single" w:sz="8" w:space="0" w:color="19E4FF" w:themeColor="accent4" w:themeTint="BF"/>
          <w:bottom w:val="single" w:sz="8" w:space="0" w:color="19E4FF" w:themeColor="accent4" w:themeTint="BF"/>
          <w:right w:val="single" w:sz="8" w:space="0" w:color="19E4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F6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F6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D0EEFC" w:themeColor="accent5" w:themeTint="BF"/>
        <w:left w:val="single" w:sz="8" w:space="0" w:color="D0EEFC" w:themeColor="accent5" w:themeTint="BF"/>
        <w:bottom w:val="single" w:sz="8" w:space="0" w:color="D0EEFC" w:themeColor="accent5" w:themeTint="BF"/>
        <w:right w:val="single" w:sz="8" w:space="0" w:color="D0EEFC" w:themeColor="accent5" w:themeTint="BF"/>
        <w:insideH w:val="single" w:sz="8" w:space="0" w:color="D0EEF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0EEFC" w:themeColor="accent5" w:themeTint="BF"/>
          <w:left w:val="single" w:sz="8" w:space="0" w:color="D0EEFC" w:themeColor="accent5" w:themeTint="BF"/>
          <w:bottom w:val="single" w:sz="8" w:space="0" w:color="D0EEFC" w:themeColor="accent5" w:themeTint="BF"/>
          <w:right w:val="single" w:sz="8" w:space="0" w:color="D0EEFC" w:themeColor="accent5" w:themeTint="BF"/>
          <w:insideH w:val="nil"/>
          <w:insideV w:val="nil"/>
        </w:tcBorders>
        <w:shd w:val="clear" w:color="auto" w:fill="C1E9F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EEFC" w:themeColor="accent5" w:themeTint="BF"/>
          <w:left w:val="single" w:sz="8" w:space="0" w:color="D0EEFC" w:themeColor="accent5" w:themeTint="BF"/>
          <w:bottom w:val="single" w:sz="8" w:space="0" w:color="D0EEFC" w:themeColor="accent5" w:themeTint="BF"/>
          <w:right w:val="single" w:sz="8" w:space="0" w:color="D0EEF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9F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F9F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3B0FF" w:themeColor="accent6" w:themeTint="BF"/>
        <w:left w:val="single" w:sz="8" w:space="0" w:color="13B0FF" w:themeColor="accent6" w:themeTint="BF"/>
        <w:bottom w:val="single" w:sz="8" w:space="0" w:color="13B0FF" w:themeColor="accent6" w:themeTint="BF"/>
        <w:right w:val="single" w:sz="8" w:space="0" w:color="13B0FF" w:themeColor="accent6" w:themeTint="BF"/>
        <w:insideH w:val="single" w:sz="8" w:space="0" w:color="13B0F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3B0FF" w:themeColor="accent6" w:themeTint="BF"/>
          <w:left w:val="single" w:sz="8" w:space="0" w:color="13B0FF" w:themeColor="accent6" w:themeTint="BF"/>
          <w:bottom w:val="single" w:sz="8" w:space="0" w:color="13B0FF" w:themeColor="accent6" w:themeTint="BF"/>
          <w:right w:val="single" w:sz="8" w:space="0" w:color="13B0FF" w:themeColor="accent6" w:themeTint="BF"/>
          <w:insideH w:val="nil"/>
          <w:insideV w:val="nil"/>
        </w:tcBorders>
        <w:shd w:val="clear" w:color="auto" w:fill="0083C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3B0FF" w:themeColor="accent6" w:themeTint="BF"/>
          <w:left w:val="single" w:sz="8" w:space="0" w:color="13B0FF" w:themeColor="accent6" w:themeTint="BF"/>
          <w:bottom w:val="single" w:sz="8" w:space="0" w:color="13B0FF" w:themeColor="accent6" w:themeTint="BF"/>
          <w:right w:val="single" w:sz="8" w:space="0" w:color="13B0F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E5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1E5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C8F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C8F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C8F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B9E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B9E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6B9E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ED8F8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ED8F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ED8F8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B5CC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B5C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B5CC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1E9FB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1E9F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1E9FB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3C4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3C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3C4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26266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C8F5" w:themeColor="accent1"/>
        <w:bottom w:val="single" w:sz="8" w:space="0" w:color="44C8F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C8F5" w:themeColor="accent1"/>
        </w:tcBorders>
      </w:tcPr>
    </w:tblStylePr>
    <w:tblStylePr w:type="lastRow">
      <w:rPr>
        <w:b/>
        <w:bCs/>
        <w:color w:val="262661" w:themeColor="text2"/>
      </w:rPr>
      <w:tblPr/>
      <w:tcPr>
        <w:tcBorders>
          <w:top w:val="single" w:sz="8" w:space="0" w:color="44C8F5" w:themeColor="accent1"/>
          <w:bottom w:val="single" w:sz="8" w:space="0" w:color="44C8F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C8F5" w:themeColor="accent1"/>
          <w:bottom w:val="single" w:sz="8" w:space="0" w:color="44C8F5" w:themeColor="accent1"/>
        </w:tcBorders>
      </w:tcPr>
    </w:tblStylePr>
    <w:tblStylePr w:type="band1Vert">
      <w:tblPr/>
      <w:tcPr>
        <w:shd w:val="clear" w:color="auto" w:fill="D0F1FC" w:themeFill="accent1" w:themeFillTint="3F"/>
      </w:tcPr>
    </w:tblStylePr>
    <w:tblStylePr w:type="band1Horz">
      <w:tblPr/>
      <w:tcPr>
        <w:shd w:val="clear" w:color="auto" w:fill="D0F1FC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6B9E" w:themeColor="accent2"/>
        <w:bottom w:val="single" w:sz="8" w:space="0" w:color="006B9E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6B9E" w:themeColor="accent2"/>
        </w:tcBorders>
      </w:tcPr>
    </w:tblStylePr>
    <w:tblStylePr w:type="lastRow">
      <w:rPr>
        <w:b/>
        <w:bCs/>
        <w:color w:val="262661" w:themeColor="text2"/>
      </w:rPr>
      <w:tblPr/>
      <w:tcPr>
        <w:tcBorders>
          <w:top w:val="single" w:sz="8" w:space="0" w:color="006B9E" w:themeColor="accent2"/>
          <w:bottom w:val="single" w:sz="8" w:space="0" w:color="006B9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6B9E" w:themeColor="accent2"/>
          <w:bottom w:val="single" w:sz="8" w:space="0" w:color="006B9E" w:themeColor="accent2"/>
        </w:tcBorders>
      </w:tcPr>
    </w:tblStylePr>
    <w:tblStylePr w:type="band1Vert">
      <w:tblPr/>
      <w:tcPr>
        <w:shd w:val="clear" w:color="auto" w:fill="A8E2FF" w:themeFill="accent2" w:themeFillTint="3F"/>
      </w:tcPr>
    </w:tblStylePr>
    <w:tblStylePr w:type="band1Horz">
      <w:tblPr/>
      <w:tcPr>
        <w:shd w:val="clear" w:color="auto" w:fill="A8E2FF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ED8F8" w:themeColor="accent3"/>
        <w:bottom w:val="single" w:sz="8" w:space="0" w:color="8ED8F8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ED8F8" w:themeColor="accent3"/>
        </w:tcBorders>
      </w:tcPr>
    </w:tblStylePr>
    <w:tblStylePr w:type="lastRow">
      <w:rPr>
        <w:b/>
        <w:bCs/>
        <w:color w:val="262661" w:themeColor="text2"/>
      </w:rPr>
      <w:tblPr/>
      <w:tcPr>
        <w:tcBorders>
          <w:top w:val="single" w:sz="8" w:space="0" w:color="8ED8F8" w:themeColor="accent3"/>
          <w:bottom w:val="single" w:sz="8" w:space="0" w:color="8ED8F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ED8F8" w:themeColor="accent3"/>
          <w:bottom w:val="single" w:sz="8" w:space="0" w:color="8ED8F8" w:themeColor="accent3"/>
        </w:tcBorders>
      </w:tcPr>
    </w:tblStylePr>
    <w:tblStylePr w:type="band1Vert">
      <w:tblPr/>
      <w:tcPr>
        <w:shd w:val="clear" w:color="auto" w:fill="E3F5FD" w:themeFill="accent3" w:themeFillTint="3F"/>
      </w:tcPr>
    </w:tblStylePr>
    <w:tblStylePr w:type="band1Horz">
      <w:tblPr/>
      <w:tcPr>
        <w:shd w:val="clear" w:color="auto" w:fill="E3F5FD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B5CC" w:themeColor="accent4"/>
        <w:bottom w:val="single" w:sz="8" w:space="0" w:color="00B5CC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B5CC" w:themeColor="accent4"/>
        </w:tcBorders>
      </w:tcPr>
    </w:tblStylePr>
    <w:tblStylePr w:type="lastRow">
      <w:rPr>
        <w:b/>
        <w:bCs/>
        <w:color w:val="262661" w:themeColor="text2"/>
      </w:rPr>
      <w:tblPr/>
      <w:tcPr>
        <w:tcBorders>
          <w:top w:val="single" w:sz="8" w:space="0" w:color="00B5CC" w:themeColor="accent4"/>
          <w:bottom w:val="single" w:sz="8" w:space="0" w:color="00B5C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B5CC" w:themeColor="accent4"/>
          <w:bottom w:val="single" w:sz="8" w:space="0" w:color="00B5CC" w:themeColor="accent4"/>
        </w:tcBorders>
      </w:tcPr>
    </w:tblStylePr>
    <w:tblStylePr w:type="band1Vert">
      <w:tblPr/>
      <w:tcPr>
        <w:shd w:val="clear" w:color="auto" w:fill="B3F6FF" w:themeFill="accent4" w:themeFillTint="3F"/>
      </w:tcPr>
    </w:tblStylePr>
    <w:tblStylePr w:type="band1Horz">
      <w:tblPr/>
      <w:tcPr>
        <w:shd w:val="clear" w:color="auto" w:fill="B3F6FF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1E9FB" w:themeColor="accent5"/>
        <w:bottom w:val="single" w:sz="8" w:space="0" w:color="C1E9FB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1E9FB" w:themeColor="accent5"/>
        </w:tcBorders>
      </w:tcPr>
    </w:tblStylePr>
    <w:tblStylePr w:type="lastRow">
      <w:rPr>
        <w:b/>
        <w:bCs/>
        <w:color w:val="262661" w:themeColor="text2"/>
      </w:rPr>
      <w:tblPr/>
      <w:tcPr>
        <w:tcBorders>
          <w:top w:val="single" w:sz="8" w:space="0" w:color="C1E9FB" w:themeColor="accent5"/>
          <w:bottom w:val="single" w:sz="8" w:space="0" w:color="C1E9F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1E9FB" w:themeColor="accent5"/>
          <w:bottom w:val="single" w:sz="8" w:space="0" w:color="C1E9FB" w:themeColor="accent5"/>
        </w:tcBorders>
      </w:tcPr>
    </w:tblStylePr>
    <w:tblStylePr w:type="band1Vert">
      <w:tblPr/>
      <w:tcPr>
        <w:shd w:val="clear" w:color="auto" w:fill="EFF9FE" w:themeFill="accent5" w:themeFillTint="3F"/>
      </w:tcPr>
    </w:tblStylePr>
    <w:tblStylePr w:type="band1Horz">
      <w:tblPr/>
      <w:tcPr>
        <w:shd w:val="clear" w:color="auto" w:fill="EFF9FE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3C4" w:themeColor="accent6"/>
        <w:bottom w:val="single" w:sz="8" w:space="0" w:color="0083C4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3C4" w:themeColor="accent6"/>
        </w:tcBorders>
      </w:tcPr>
    </w:tblStylePr>
    <w:tblStylePr w:type="lastRow">
      <w:rPr>
        <w:b/>
        <w:bCs/>
        <w:color w:val="262661" w:themeColor="text2"/>
      </w:rPr>
      <w:tblPr/>
      <w:tcPr>
        <w:tcBorders>
          <w:top w:val="single" w:sz="8" w:space="0" w:color="0083C4" w:themeColor="accent6"/>
          <w:bottom w:val="single" w:sz="8" w:space="0" w:color="0083C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3C4" w:themeColor="accent6"/>
          <w:bottom w:val="single" w:sz="8" w:space="0" w:color="0083C4" w:themeColor="accent6"/>
        </w:tcBorders>
      </w:tcPr>
    </w:tblStylePr>
    <w:tblStylePr w:type="band1Vert">
      <w:tblPr/>
      <w:tcPr>
        <w:shd w:val="clear" w:color="auto" w:fill="B1E5FF" w:themeFill="accent6" w:themeFillTint="3F"/>
      </w:tcPr>
    </w:tblStylePr>
    <w:tblStylePr w:type="band1Horz">
      <w:tblPr/>
      <w:tcPr>
        <w:shd w:val="clear" w:color="auto" w:fill="B1E5FF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C8F5" w:themeColor="accent1"/>
        <w:left w:val="single" w:sz="8" w:space="0" w:color="44C8F5" w:themeColor="accent1"/>
        <w:bottom w:val="single" w:sz="8" w:space="0" w:color="44C8F5" w:themeColor="accent1"/>
        <w:right w:val="single" w:sz="8" w:space="0" w:color="44C8F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C8F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C8F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C8F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C8F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F1FC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F1FC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B9E" w:themeColor="accent2"/>
        <w:left w:val="single" w:sz="8" w:space="0" w:color="006B9E" w:themeColor="accent2"/>
        <w:bottom w:val="single" w:sz="8" w:space="0" w:color="006B9E" w:themeColor="accent2"/>
        <w:right w:val="single" w:sz="8" w:space="0" w:color="006B9E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6B9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6B9E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6B9E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6B9E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E2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8E2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ED8F8" w:themeColor="accent3"/>
        <w:left w:val="single" w:sz="8" w:space="0" w:color="8ED8F8" w:themeColor="accent3"/>
        <w:bottom w:val="single" w:sz="8" w:space="0" w:color="8ED8F8" w:themeColor="accent3"/>
        <w:right w:val="single" w:sz="8" w:space="0" w:color="8ED8F8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ED8F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ED8F8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ED8F8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ED8F8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5FD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F5FD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B5CC" w:themeColor="accent4"/>
        <w:left w:val="single" w:sz="8" w:space="0" w:color="00B5CC" w:themeColor="accent4"/>
        <w:bottom w:val="single" w:sz="8" w:space="0" w:color="00B5CC" w:themeColor="accent4"/>
        <w:right w:val="single" w:sz="8" w:space="0" w:color="00B5CC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B5C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B5CC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B5CC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B5CC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F6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F6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1E9FB" w:themeColor="accent5"/>
        <w:left w:val="single" w:sz="8" w:space="0" w:color="C1E9FB" w:themeColor="accent5"/>
        <w:bottom w:val="single" w:sz="8" w:space="0" w:color="C1E9FB" w:themeColor="accent5"/>
        <w:right w:val="single" w:sz="8" w:space="0" w:color="C1E9FB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1E9F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1E9FB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1E9FB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1E9FB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F9F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F9F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3C4" w:themeColor="accent6"/>
        <w:left w:val="single" w:sz="8" w:space="0" w:color="0083C4" w:themeColor="accent6"/>
        <w:bottom w:val="single" w:sz="8" w:space="0" w:color="0083C4" w:themeColor="accent6"/>
        <w:right w:val="single" w:sz="8" w:space="0" w:color="0083C4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3C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3C4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3C4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3C4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E5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1E5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2D5F7" w:themeColor="accent1" w:themeTint="BF"/>
        <w:left w:val="single" w:sz="8" w:space="0" w:color="72D5F7" w:themeColor="accent1" w:themeTint="BF"/>
        <w:bottom w:val="single" w:sz="8" w:space="0" w:color="72D5F7" w:themeColor="accent1" w:themeTint="BF"/>
        <w:right w:val="single" w:sz="8" w:space="0" w:color="72D5F7" w:themeColor="accent1" w:themeTint="BF"/>
        <w:insideH w:val="single" w:sz="8" w:space="0" w:color="72D5F7" w:themeColor="accent1" w:themeTint="BF"/>
        <w:insideV w:val="single" w:sz="8" w:space="0" w:color="72D5F7" w:themeColor="accent1" w:themeTint="BF"/>
      </w:tblBorders>
    </w:tblPr>
    <w:tcPr>
      <w:shd w:val="clear" w:color="auto" w:fill="D0F1FC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D5F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E3FA" w:themeFill="accent1" w:themeFillTint="7F"/>
      </w:tcPr>
    </w:tblStylePr>
    <w:tblStylePr w:type="band1Horz">
      <w:tblPr/>
      <w:tcPr>
        <w:shd w:val="clear" w:color="auto" w:fill="A1E3FA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A6F6" w:themeColor="accent2" w:themeTint="BF"/>
        <w:left w:val="single" w:sz="8" w:space="0" w:color="00A6F6" w:themeColor="accent2" w:themeTint="BF"/>
        <w:bottom w:val="single" w:sz="8" w:space="0" w:color="00A6F6" w:themeColor="accent2" w:themeTint="BF"/>
        <w:right w:val="single" w:sz="8" w:space="0" w:color="00A6F6" w:themeColor="accent2" w:themeTint="BF"/>
        <w:insideH w:val="single" w:sz="8" w:space="0" w:color="00A6F6" w:themeColor="accent2" w:themeTint="BF"/>
        <w:insideV w:val="single" w:sz="8" w:space="0" w:color="00A6F6" w:themeColor="accent2" w:themeTint="BF"/>
      </w:tblBorders>
    </w:tblPr>
    <w:tcPr>
      <w:shd w:val="clear" w:color="auto" w:fill="A8E2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A6F6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FC5FF" w:themeFill="accent2" w:themeFillTint="7F"/>
      </w:tcPr>
    </w:tblStylePr>
    <w:tblStylePr w:type="band1Horz">
      <w:tblPr/>
      <w:tcPr>
        <w:shd w:val="clear" w:color="auto" w:fill="4FC5FF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AE1F9" w:themeColor="accent3" w:themeTint="BF"/>
        <w:left w:val="single" w:sz="8" w:space="0" w:color="AAE1F9" w:themeColor="accent3" w:themeTint="BF"/>
        <w:bottom w:val="single" w:sz="8" w:space="0" w:color="AAE1F9" w:themeColor="accent3" w:themeTint="BF"/>
        <w:right w:val="single" w:sz="8" w:space="0" w:color="AAE1F9" w:themeColor="accent3" w:themeTint="BF"/>
        <w:insideH w:val="single" w:sz="8" w:space="0" w:color="AAE1F9" w:themeColor="accent3" w:themeTint="BF"/>
        <w:insideV w:val="single" w:sz="8" w:space="0" w:color="AAE1F9" w:themeColor="accent3" w:themeTint="BF"/>
      </w:tblBorders>
    </w:tblPr>
    <w:tcPr>
      <w:shd w:val="clear" w:color="auto" w:fill="E3F5FD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AE1F9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BFB" w:themeFill="accent3" w:themeFillTint="7F"/>
      </w:tcPr>
    </w:tblStylePr>
    <w:tblStylePr w:type="band1Horz">
      <w:tblPr/>
      <w:tcPr>
        <w:shd w:val="clear" w:color="auto" w:fill="C6EBFB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9E4FF" w:themeColor="accent4" w:themeTint="BF"/>
        <w:left w:val="single" w:sz="8" w:space="0" w:color="19E4FF" w:themeColor="accent4" w:themeTint="BF"/>
        <w:bottom w:val="single" w:sz="8" w:space="0" w:color="19E4FF" w:themeColor="accent4" w:themeTint="BF"/>
        <w:right w:val="single" w:sz="8" w:space="0" w:color="19E4FF" w:themeColor="accent4" w:themeTint="BF"/>
        <w:insideH w:val="single" w:sz="8" w:space="0" w:color="19E4FF" w:themeColor="accent4" w:themeTint="BF"/>
        <w:insideV w:val="single" w:sz="8" w:space="0" w:color="19E4FF" w:themeColor="accent4" w:themeTint="BF"/>
      </w:tblBorders>
    </w:tblPr>
    <w:tcPr>
      <w:shd w:val="clear" w:color="auto" w:fill="B3F6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9E4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EDFF" w:themeFill="accent4" w:themeFillTint="7F"/>
      </w:tcPr>
    </w:tblStylePr>
    <w:tblStylePr w:type="band1Horz">
      <w:tblPr/>
      <w:tcPr>
        <w:shd w:val="clear" w:color="auto" w:fill="66EDFF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D0EEFC" w:themeColor="accent5" w:themeTint="BF"/>
        <w:left w:val="single" w:sz="8" w:space="0" w:color="D0EEFC" w:themeColor="accent5" w:themeTint="BF"/>
        <w:bottom w:val="single" w:sz="8" w:space="0" w:color="D0EEFC" w:themeColor="accent5" w:themeTint="BF"/>
        <w:right w:val="single" w:sz="8" w:space="0" w:color="D0EEFC" w:themeColor="accent5" w:themeTint="BF"/>
        <w:insideH w:val="single" w:sz="8" w:space="0" w:color="D0EEFC" w:themeColor="accent5" w:themeTint="BF"/>
        <w:insideV w:val="single" w:sz="8" w:space="0" w:color="D0EEFC" w:themeColor="accent5" w:themeTint="BF"/>
      </w:tblBorders>
    </w:tblPr>
    <w:tcPr>
      <w:shd w:val="clear" w:color="auto" w:fill="EFF9F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0EEF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F3FD" w:themeFill="accent5" w:themeFillTint="7F"/>
      </w:tcPr>
    </w:tblStylePr>
    <w:tblStylePr w:type="band1Horz">
      <w:tblPr/>
      <w:tcPr>
        <w:shd w:val="clear" w:color="auto" w:fill="E0F3FD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3B0FF" w:themeColor="accent6" w:themeTint="BF"/>
        <w:left w:val="single" w:sz="8" w:space="0" w:color="13B0FF" w:themeColor="accent6" w:themeTint="BF"/>
        <w:bottom w:val="single" w:sz="8" w:space="0" w:color="13B0FF" w:themeColor="accent6" w:themeTint="BF"/>
        <w:right w:val="single" w:sz="8" w:space="0" w:color="13B0FF" w:themeColor="accent6" w:themeTint="BF"/>
        <w:insideH w:val="single" w:sz="8" w:space="0" w:color="13B0FF" w:themeColor="accent6" w:themeTint="BF"/>
        <w:insideV w:val="single" w:sz="8" w:space="0" w:color="13B0FF" w:themeColor="accent6" w:themeTint="BF"/>
      </w:tblBorders>
    </w:tblPr>
    <w:tcPr>
      <w:shd w:val="clear" w:color="auto" w:fill="B1E5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3B0F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2CAFF" w:themeFill="accent6" w:themeFillTint="7F"/>
      </w:tcPr>
    </w:tblStylePr>
    <w:tblStylePr w:type="band1Horz">
      <w:tblPr/>
      <w:tcPr>
        <w:shd w:val="clear" w:color="auto" w:fill="62CAFF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C8F5" w:themeColor="accent1"/>
        <w:left w:val="single" w:sz="8" w:space="0" w:color="44C8F5" w:themeColor="accent1"/>
        <w:bottom w:val="single" w:sz="8" w:space="0" w:color="44C8F5" w:themeColor="accent1"/>
        <w:right w:val="single" w:sz="8" w:space="0" w:color="44C8F5" w:themeColor="accent1"/>
        <w:insideH w:val="single" w:sz="8" w:space="0" w:color="44C8F5" w:themeColor="accent1"/>
        <w:insideV w:val="single" w:sz="8" w:space="0" w:color="44C8F5" w:themeColor="accent1"/>
      </w:tblBorders>
    </w:tblPr>
    <w:tcPr>
      <w:shd w:val="clear" w:color="auto" w:fill="D0F1FC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9FE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3FD" w:themeFill="accent1" w:themeFillTint="33"/>
      </w:tcPr>
    </w:tblStylePr>
    <w:tblStylePr w:type="band1Vert">
      <w:tblPr/>
      <w:tcPr>
        <w:shd w:val="clear" w:color="auto" w:fill="A1E3FA" w:themeFill="accent1" w:themeFillTint="7F"/>
      </w:tcPr>
    </w:tblStylePr>
    <w:tblStylePr w:type="band1Horz">
      <w:tblPr/>
      <w:tcPr>
        <w:tcBorders>
          <w:insideH w:val="single" w:sz="6" w:space="0" w:color="44C8F5" w:themeColor="accent1"/>
          <w:insideV w:val="single" w:sz="6" w:space="0" w:color="44C8F5" w:themeColor="accent1"/>
        </w:tcBorders>
        <w:shd w:val="clear" w:color="auto" w:fill="A1E3F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B9E" w:themeColor="accent2"/>
        <w:left w:val="single" w:sz="8" w:space="0" w:color="006B9E" w:themeColor="accent2"/>
        <w:bottom w:val="single" w:sz="8" w:space="0" w:color="006B9E" w:themeColor="accent2"/>
        <w:right w:val="single" w:sz="8" w:space="0" w:color="006B9E" w:themeColor="accent2"/>
        <w:insideH w:val="single" w:sz="8" w:space="0" w:color="006B9E" w:themeColor="accent2"/>
        <w:insideV w:val="single" w:sz="8" w:space="0" w:color="006B9E" w:themeColor="accent2"/>
      </w:tblBorders>
    </w:tblPr>
    <w:tcPr>
      <w:shd w:val="clear" w:color="auto" w:fill="A8E2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CF3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E7FF" w:themeFill="accent2" w:themeFillTint="33"/>
      </w:tcPr>
    </w:tblStylePr>
    <w:tblStylePr w:type="band1Vert">
      <w:tblPr/>
      <w:tcPr>
        <w:shd w:val="clear" w:color="auto" w:fill="4FC5FF" w:themeFill="accent2" w:themeFillTint="7F"/>
      </w:tcPr>
    </w:tblStylePr>
    <w:tblStylePr w:type="band1Horz">
      <w:tblPr/>
      <w:tcPr>
        <w:tcBorders>
          <w:insideH w:val="single" w:sz="6" w:space="0" w:color="006B9E" w:themeColor="accent2"/>
          <w:insideV w:val="single" w:sz="6" w:space="0" w:color="006B9E" w:themeColor="accent2"/>
        </w:tcBorders>
        <w:shd w:val="clear" w:color="auto" w:fill="4FC5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ED8F8" w:themeColor="accent3"/>
        <w:left w:val="single" w:sz="8" w:space="0" w:color="8ED8F8" w:themeColor="accent3"/>
        <w:bottom w:val="single" w:sz="8" w:space="0" w:color="8ED8F8" w:themeColor="accent3"/>
        <w:right w:val="single" w:sz="8" w:space="0" w:color="8ED8F8" w:themeColor="accent3"/>
        <w:insideH w:val="single" w:sz="8" w:space="0" w:color="8ED8F8" w:themeColor="accent3"/>
        <w:insideV w:val="single" w:sz="8" w:space="0" w:color="8ED8F8" w:themeColor="accent3"/>
      </w:tblBorders>
    </w:tblPr>
    <w:tcPr>
      <w:shd w:val="clear" w:color="auto" w:fill="E3F5FD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3FBF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F7FD" w:themeFill="accent3" w:themeFillTint="33"/>
      </w:tcPr>
    </w:tblStylePr>
    <w:tblStylePr w:type="band1Vert">
      <w:tblPr/>
      <w:tcPr>
        <w:shd w:val="clear" w:color="auto" w:fill="C6EBFB" w:themeFill="accent3" w:themeFillTint="7F"/>
      </w:tcPr>
    </w:tblStylePr>
    <w:tblStylePr w:type="band1Horz">
      <w:tblPr/>
      <w:tcPr>
        <w:tcBorders>
          <w:insideH w:val="single" w:sz="6" w:space="0" w:color="8ED8F8" w:themeColor="accent3"/>
          <w:insideV w:val="single" w:sz="6" w:space="0" w:color="8ED8F8" w:themeColor="accent3"/>
        </w:tcBorders>
        <w:shd w:val="clear" w:color="auto" w:fill="C6EBFB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B5CC" w:themeColor="accent4"/>
        <w:left w:val="single" w:sz="8" w:space="0" w:color="00B5CC" w:themeColor="accent4"/>
        <w:bottom w:val="single" w:sz="8" w:space="0" w:color="00B5CC" w:themeColor="accent4"/>
        <w:right w:val="single" w:sz="8" w:space="0" w:color="00B5CC" w:themeColor="accent4"/>
        <w:insideH w:val="single" w:sz="8" w:space="0" w:color="00B5CC" w:themeColor="accent4"/>
        <w:insideV w:val="single" w:sz="8" w:space="0" w:color="00B5CC" w:themeColor="accent4"/>
      </w:tblBorders>
    </w:tblPr>
    <w:tcPr>
      <w:shd w:val="clear" w:color="auto" w:fill="B3F6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1FB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8FF" w:themeFill="accent4" w:themeFillTint="33"/>
      </w:tcPr>
    </w:tblStylePr>
    <w:tblStylePr w:type="band1Vert">
      <w:tblPr/>
      <w:tcPr>
        <w:shd w:val="clear" w:color="auto" w:fill="66EDFF" w:themeFill="accent4" w:themeFillTint="7F"/>
      </w:tcPr>
    </w:tblStylePr>
    <w:tblStylePr w:type="band1Horz">
      <w:tblPr/>
      <w:tcPr>
        <w:tcBorders>
          <w:insideH w:val="single" w:sz="6" w:space="0" w:color="00B5CC" w:themeColor="accent4"/>
          <w:insideV w:val="single" w:sz="6" w:space="0" w:color="00B5CC" w:themeColor="accent4"/>
        </w:tcBorders>
        <w:shd w:val="clear" w:color="auto" w:fill="66ED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1E9FB" w:themeColor="accent5"/>
        <w:left w:val="single" w:sz="8" w:space="0" w:color="C1E9FB" w:themeColor="accent5"/>
        <w:bottom w:val="single" w:sz="8" w:space="0" w:color="C1E9FB" w:themeColor="accent5"/>
        <w:right w:val="single" w:sz="8" w:space="0" w:color="C1E9FB" w:themeColor="accent5"/>
        <w:insideH w:val="single" w:sz="8" w:space="0" w:color="C1E9FB" w:themeColor="accent5"/>
        <w:insideV w:val="single" w:sz="8" w:space="0" w:color="C1E9FB" w:themeColor="accent5"/>
      </w:tblBorders>
    </w:tblPr>
    <w:tcPr>
      <w:shd w:val="clear" w:color="auto" w:fill="EFF9F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FCFE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AFE" w:themeFill="accent5" w:themeFillTint="33"/>
      </w:tcPr>
    </w:tblStylePr>
    <w:tblStylePr w:type="band1Vert">
      <w:tblPr/>
      <w:tcPr>
        <w:shd w:val="clear" w:color="auto" w:fill="E0F3FD" w:themeFill="accent5" w:themeFillTint="7F"/>
      </w:tcPr>
    </w:tblStylePr>
    <w:tblStylePr w:type="band1Horz">
      <w:tblPr/>
      <w:tcPr>
        <w:tcBorders>
          <w:insideH w:val="single" w:sz="6" w:space="0" w:color="C1E9FB" w:themeColor="accent5"/>
          <w:insideV w:val="single" w:sz="6" w:space="0" w:color="C1E9FB" w:themeColor="accent5"/>
        </w:tcBorders>
        <w:shd w:val="clear" w:color="auto" w:fill="E0F3F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3C4" w:themeColor="accent6"/>
        <w:left w:val="single" w:sz="8" w:space="0" w:color="0083C4" w:themeColor="accent6"/>
        <w:bottom w:val="single" w:sz="8" w:space="0" w:color="0083C4" w:themeColor="accent6"/>
        <w:right w:val="single" w:sz="8" w:space="0" w:color="0083C4" w:themeColor="accent6"/>
        <w:insideH w:val="single" w:sz="8" w:space="0" w:color="0083C4" w:themeColor="accent6"/>
        <w:insideV w:val="single" w:sz="8" w:space="0" w:color="0083C4" w:themeColor="accent6"/>
      </w:tblBorders>
    </w:tblPr>
    <w:tcPr>
      <w:shd w:val="clear" w:color="auto" w:fill="B1E5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0F4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EAFF" w:themeFill="accent6" w:themeFillTint="33"/>
      </w:tcPr>
    </w:tblStylePr>
    <w:tblStylePr w:type="band1Vert">
      <w:tblPr/>
      <w:tcPr>
        <w:shd w:val="clear" w:color="auto" w:fill="62CAFF" w:themeFill="accent6" w:themeFillTint="7F"/>
      </w:tcPr>
    </w:tblStylePr>
    <w:tblStylePr w:type="band1Horz">
      <w:tblPr/>
      <w:tcPr>
        <w:tcBorders>
          <w:insideH w:val="single" w:sz="6" w:space="0" w:color="0083C4" w:themeColor="accent6"/>
          <w:insideV w:val="single" w:sz="6" w:space="0" w:color="0083C4" w:themeColor="accent6"/>
        </w:tcBorders>
        <w:shd w:val="clear" w:color="auto" w:fill="62CA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F1FC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C8F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C8F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C8F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C8F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E3F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E3FA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8E2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B9E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B9E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6B9E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6B9E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FC5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FC5FF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F5FD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ED8F8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ED8F8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ED8F8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ED8F8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6EBFB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6EBFB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F6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B5CC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B5CC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B5CC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B5CC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ED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EDFF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F9F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1E9FB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1E9FB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1E9FB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1E9FB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0F3F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0F3FD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1E5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3C4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3C4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3C4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3C4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2CA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2CAFF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C8F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709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A8D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A8D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A8D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A8DE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6B9E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54E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4F76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4F76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F76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F76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ED8F8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B82B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B8F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B8F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B8F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B8F2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B5CC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965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798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798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798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798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1E9FB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D92C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8C3F4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8C3F4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8C3F4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8C3F4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3C4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061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19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19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19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192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6B9E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6B9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6B9E" w:themeColor="accent2"/>
        <w:left w:val="single" w:sz="4" w:space="0" w:color="44C8F5" w:themeColor="accent1"/>
        <w:bottom w:val="single" w:sz="4" w:space="0" w:color="44C8F5" w:themeColor="accent1"/>
        <w:right w:val="single" w:sz="4" w:space="0" w:color="44C8F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9FE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6B9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87B2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87B2" w:themeColor="accent1" w:themeShade="99"/>
          <w:insideV w:val="nil"/>
        </w:tcBorders>
        <w:shd w:val="clear" w:color="auto" w:fill="0987B2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87B2" w:themeFill="accent1" w:themeFillShade="99"/>
      </w:tcPr>
    </w:tblStylePr>
    <w:tblStylePr w:type="band1Vert">
      <w:tblPr/>
      <w:tcPr>
        <w:shd w:val="clear" w:color="auto" w:fill="B4E8FB" w:themeFill="accent1" w:themeFillTint="66"/>
      </w:tcPr>
    </w:tblStylePr>
    <w:tblStylePr w:type="band1Horz">
      <w:tblPr/>
      <w:tcPr>
        <w:shd w:val="clear" w:color="auto" w:fill="A1E3F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6B9E" w:themeColor="accent2"/>
        <w:left w:val="single" w:sz="4" w:space="0" w:color="006B9E" w:themeColor="accent2"/>
        <w:bottom w:val="single" w:sz="4" w:space="0" w:color="006B9E" w:themeColor="accent2"/>
        <w:right w:val="single" w:sz="4" w:space="0" w:color="006B9E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3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6B9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F5E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F5E" w:themeColor="accent2" w:themeShade="99"/>
          <w:insideV w:val="nil"/>
        </w:tcBorders>
        <w:shd w:val="clear" w:color="auto" w:fill="003F5E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5E" w:themeFill="accent2" w:themeFillShade="99"/>
      </w:tcPr>
    </w:tblStylePr>
    <w:tblStylePr w:type="band1Vert">
      <w:tblPr/>
      <w:tcPr>
        <w:shd w:val="clear" w:color="auto" w:fill="72D1FF" w:themeFill="accent2" w:themeFillTint="66"/>
      </w:tcPr>
    </w:tblStylePr>
    <w:tblStylePr w:type="band1Horz">
      <w:tblPr/>
      <w:tcPr>
        <w:shd w:val="clear" w:color="auto" w:fill="4FC5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B5CC" w:themeColor="accent4"/>
        <w:left w:val="single" w:sz="4" w:space="0" w:color="8ED8F8" w:themeColor="accent3"/>
        <w:bottom w:val="single" w:sz="4" w:space="0" w:color="8ED8F8" w:themeColor="accent3"/>
        <w:right w:val="single" w:sz="4" w:space="0" w:color="8ED8F8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BF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B5C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D9DDC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D9DDC" w:themeColor="accent3" w:themeShade="99"/>
          <w:insideV w:val="nil"/>
        </w:tcBorders>
        <w:shd w:val="clear" w:color="auto" w:fill="0D9DDC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9DDC" w:themeFill="accent3" w:themeFillShade="99"/>
      </w:tcPr>
    </w:tblStylePr>
    <w:tblStylePr w:type="band1Vert">
      <w:tblPr/>
      <w:tcPr>
        <w:shd w:val="clear" w:color="auto" w:fill="D1EFFC" w:themeFill="accent3" w:themeFillTint="66"/>
      </w:tcPr>
    </w:tblStylePr>
    <w:tblStylePr w:type="band1Horz">
      <w:tblPr/>
      <w:tcPr>
        <w:shd w:val="clear" w:color="auto" w:fill="C6EBFB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ED8F8" w:themeColor="accent3"/>
        <w:left w:val="single" w:sz="4" w:space="0" w:color="00B5CC" w:themeColor="accent4"/>
        <w:bottom w:val="single" w:sz="4" w:space="0" w:color="00B5CC" w:themeColor="accent4"/>
        <w:right w:val="single" w:sz="4" w:space="0" w:color="00B5CC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FB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ED8F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C7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C7A" w:themeColor="accent4" w:themeShade="99"/>
          <w:insideV w:val="nil"/>
        </w:tcBorders>
        <w:shd w:val="clear" w:color="auto" w:fill="006C7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C7A" w:themeFill="accent4" w:themeFillShade="99"/>
      </w:tcPr>
    </w:tblStylePr>
    <w:tblStylePr w:type="band1Vert">
      <w:tblPr/>
      <w:tcPr>
        <w:shd w:val="clear" w:color="auto" w:fill="84F1FF" w:themeFill="accent4" w:themeFillTint="66"/>
      </w:tcPr>
    </w:tblStylePr>
    <w:tblStylePr w:type="band1Horz">
      <w:tblPr/>
      <w:tcPr>
        <w:shd w:val="clear" w:color="auto" w:fill="66ED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83C4" w:themeColor="accent6"/>
        <w:left w:val="single" w:sz="4" w:space="0" w:color="C1E9FB" w:themeColor="accent5"/>
        <w:bottom w:val="single" w:sz="4" w:space="0" w:color="C1E9FB" w:themeColor="accent5"/>
        <w:right w:val="single" w:sz="4" w:space="0" w:color="C1E9FB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CFE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3C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ADF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ADF0" w:themeColor="accent5" w:themeShade="99"/>
          <w:insideV w:val="nil"/>
        </w:tcBorders>
        <w:shd w:val="clear" w:color="auto" w:fill="1AADF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ADF0" w:themeFill="accent5" w:themeFillShade="99"/>
      </w:tcPr>
    </w:tblStylePr>
    <w:tblStylePr w:type="band1Vert">
      <w:tblPr/>
      <w:tcPr>
        <w:shd w:val="clear" w:color="auto" w:fill="E5F6FD" w:themeFill="accent5" w:themeFillTint="66"/>
      </w:tcPr>
    </w:tblStylePr>
    <w:tblStylePr w:type="band1Horz">
      <w:tblPr/>
      <w:tcPr>
        <w:shd w:val="clear" w:color="auto" w:fill="E0F3F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1E9FB" w:themeColor="accent5"/>
        <w:left w:val="single" w:sz="4" w:space="0" w:color="0083C4" w:themeColor="accent6"/>
        <w:bottom w:val="single" w:sz="4" w:space="0" w:color="0083C4" w:themeColor="accent6"/>
        <w:right w:val="single" w:sz="4" w:space="0" w:color="0083C4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4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1E9F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E75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E75" w:themeColor="accent6" w:themeShade="99"/>
          <w:insideV w:val="nil"/>
        </w:tcBorders>
        <w:shd w:val="clear" w:color="auto" w:fill="004E75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E75" w:themeFill="accent6" w:themeFillShade="99"/>
      </w:tcPr>
    </w:tblStylePr>
    <w:tblStylePr w:type="band1Vert">
      <w:tblPr/>
      <w:tcPr>
        <w:shd w:val="clear" w:color="auto" w:fill="81D5FF" w:themeFill="accent6" w:themeFillTint="66"/>
      </w:tcPr>
    </w:tblStylePr>
    <w:tblStylePr w:type="band1Horz">
      <w:tblPr/>
      <w:tcPr>
        <w:shd w:val="clear" w:color="auto" w:fill="62CA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57E" w:themeFill="accent2" w:themeFillShade="CC"/>
      </w:tcPr>
    </w:tblStylePr>
    <w:tblStylePr w:type="lastRow">
      <w:rPr>
        <w:b/>
        <w:bCs/>
        <w:color w:val="00557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9FE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57E" w:themeFill="accent2" w:themeFillShade="CC"/>
      </w:tcPr>
    </w:tblStylePr>
    <w:tblStylePr w:type="lastRow">
      <w:rPr>
        <w:b/>
        <w:bCs/>
        <w:color w:val="00557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F1FC" w:themeFill="accent1" w:themeFillTint="3F"/>
      </w:tcPr>
    </w:tblStylePr>
    <w:tblStylePr w:type="band1Horz">
      <w:tblPr/>
      <w:tcPr>
        <w:shd w:val="clear" w:color="auto" w:fill="D9F3FD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F3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57E" w:themeFill="accent2" w:themeFillShade="CC"/>
      </w:tcPr>
    </w:tblStylePr>
    <w:tblStylePr w:type="lastRow">
      <w:rPr>
        <w:b/>
        <w:bCs/>
        <w:color w:val="00557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E2FF" w:themeFill="accent2" w:themeFillTint="3F"/>
      </w:tcPr>
    </w:tblStylePr>
    <w:tblStylePr w:type="band1Horz">
      <w:tblPr/>
      <w:tcPr>
        <w:shd w:val="clear" w:color="auto" w:fill="B8E7FF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3FBF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90A3" w:themeFill="accent4" w:themeFillShade="CC"/>
      </w:tcPr>
    </w:tblStylePr>
    <w:tblStylePr w:type="lastRow">
      <w:rPr>
        <w:b/>
        <w:bCs/>
        <w:color w:val="0090A3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5FD" w:themeFill="accent3" w:themeFillTint="3F"/>
      </w:tcPr>
    </w:tblStylePr>
    <w:tblStylePr w:type="band1Horz">
      <w:tblPr/>
      <w:tcPr>
        <w:shd w:val="clear" w:color="auto" w:fill="E8F7F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FB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4BEF3" w:themeFill="accent3" w:themeFillShade="CC"/>
      </w:tcPr>
    </w:tblStylePr>
    <w:tblStylePr w:type="lastRow">
      <w:rPr>
        <w:b/>
        <w:bCs/>
        <w:color w:val="44BEF3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F6FF" w:themeFill="accent4" w:themeFillTint="3F"/>
      </w:tcPr>
    </w:tblStylePr>
    <w:tblStylePr w:type="band1Horz">
      <w:tblPr/>
      <w:tcPr>
        <w:shd w:val="clear" w:color="auto" w:fill="C1F8FF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FCFE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89C" w:themeFill="accent6" w:themeFillShade="CC"/>
      </w:tcPr>
    </w:tblStylePr>
    <w:tblStylePr w:type="lastRow">
      <w:rPr>
        <w:b/>
        <w:bCs/>
        <w:color w:val="00689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9FE" w:themeFill="accent5" w:themeFillTint="3F"/>
      </w:tcPr>
    </w:tblStylePr>
    <w:tblStylePr w:type="band1Horz">
      <w:tblPr/>
      <w:tcPr>
        <w:shd w:val="clear" w:color="auto" w:fill="F2FAFE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4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DCAF5" w:themeFill="accent5" w:themeFillShade="CC"/>
      </w:tcPr>
    </w:tblStylePr>
    <w:tblStylePr w:type="lastRow">
      <w:rPr>
        <w:b/>
        <w:bCs/>
        <w:color w:val="6DCAF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E5FF" w:themeFill="accent6" w:themeFillTint="3F"/>
      </w:tcPr>
    </w:tblStylePr>
    <w:tblStylePr w:type="band1Horz">
      <w:tblPr/>
      <w:tcPr>
        <w:shd w:val="clear" w:color="auto" w:fill="C0EAFF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3FD" w:themeFill="accent1" w:themeFillTint="33"/>
    </w:tcPr>
    <w:tblStylePr w:type="firstRow">
      <w:rPr>
        <w:b/>
        <w:bCs/>
      </w:rPr>
      <w:tblPr/>
      <w:tcPr>
        <w:shd w:val="clear" w:color="auto" w:fill="B4E8F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E8F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CA8DE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CA8DE" w:themeFill="accent1" w:themeFillShade="BF"/>
      </w:tcPr>
    </w:tblStylePr>
    <w:tblStylePr w:type="band1Vert">
      <w:tblPr/>
      <w:tcPr>
        <w:shd w:val="clear" w:color="auto" w:fill="A1E3FA" w:themeFill="accent1" w:themeFillTint="7F"/>
      </w:tcPr>
    </w:tblStylePr>
    <w:tblStylePr w:type="band1Horz">
      <w:tblPr/>
      <w:tcPr>
        <w:shd w:val="clear" w:color="auto" w:fill="A1E3FA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8E7FF" w:themeFill="accent2" w:themeFillTint="33"/>
    </w:tcPr>
    <w:tblStylePr w:type="firstRow">
      <w:rPr>
        <w:b/>
        <w:bCs/>
      </w:rPr>
      <w:tblPr/>
      <w:tcPr>
        <w:shd w:val="clear" w:color="auto" w:fill="72D1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2D1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4F76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4F76" w:themeFill="accent2" w:themeFillShade="BF"/>
      </w:tcPr>
    </w:tblStylePr>
    <w:tblStylePr w:type="band1Vert">
      <w:tblPr/>
      <w:tcPr>
        <w:shd w:val="clear" w:color="auto" w:fill="4FC5FF" w:themeFill="accent2" w:themeFillTint="7F"/>
      </w:tcPr>
    </w:tblStylePr>
    <w:tblStylePr w:type="band1Horz">
      <w:tblPr/>
      <w:tcPr>
        <w:shd w:val="clear" w:color="auto" w:fill="4FC5FF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F7FD" w:themeFill="accent3" w:themeFillTint="33"/>
    </w:tcPr>
    <w:tblStylePr w:type="firstRow">
      <w:rPr>
        <w:b/>
        <w:bCs/>
      </w:rPr>
      <w:tblPr/>
      <w:tcPr>
        <w:shd w:val="clear" w:color="auto" w:fill="D1EFF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1EFF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31B8F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31B8F2" w:themeFill="accent3" w:themeFillShade="BF"/>
      </w:tcPr>
    </w:tblStylePr>
    <w:tblStylePr w:type="band1Vert">
      <w:tblPr/>
      <w:tcPr>
        <w:shd w:val="clear" w:color="auto" w:fill="C6EBFB" w:themeFill="accent3" w:themeFillTint="7F"/>
      </w:tcPr>
    </w:tblStylePr>
    <w:tblStylePr w:type="band1Horz">
      <w:tblPr/>
      <w:tcPr>
        <w:shd w:val="clear" w:color="auto" w:fill="C6EBFB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8FF" w:themeFill="accent4" w:themeFillTint="33"/>
    </w:tcPr>
    <w:tblStylePr w:type="firstRow">
      <w:rPr>
        <w:b/>
        <w:bCs/>
      </w:rPr>
      <w:tblPr/>
      <w:tcPr>
        <w:shd w:val="clear" w:color="auto" w:fill="84F1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F1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8798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8798" w:themeFill="accent4" w:themeFillShade="BF"/>
      </w:tcPr>
    </w:tblStylePr>
    <w:tblStylePr w:type="band1Vert">
      <w:tblPr/>
      <w:tcPr>
        <w:shd w:val="clear" w:color="auto" w:fill="66EDFF" w:themeFill="accent4" w:themeFillTint="7F"/>
      </w:tcPr>
    </w:tblStylePr>
    <w:tblStylePr w:type="band1Horz">
      <w:tblPr/>
      <w:tcPr>
        <w:shd w:val="clear" w:color="auto" w:fill="66EDFF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AFE" w:themeFill="accent5" w:themeFillTint="33"/>
    </w:tcPr>
    <w:tblStylePr w:type="firstRow">
      <w:rPr>
        <w:b/>
        <w:bCs/>
      </w:rPr>
      <w:tblPr/>
      <w:tcPr>
        <w:shd w:val="clear" w:color="auto" w:fill="E5F6FD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F6F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8C3F4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8C3F4" w:themeFill="accent5" w:themeFillShade="BF"/>
      </w:tcPr>
    </w:tblStylePr>
    <w:tblStylePr w:type="band1Vert">
      <w:tblPr/>
      <w:tcPr>
        <w:shd w:val="clear" w:color="auto" w:fill="E0F3FD" w:themeFill="accent5" w:themeFillTint="7F"/>
      </w:tcPr>
    </w:tblStylePr>
    <w:tblStylePr w:type="band1Horz">
      <w:tblPr/>
      <w:tcPr>
        <w:shd w:val="clear" w:color="auto" w:fill="E0F3FD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EAFF" w:themeFill="accent6" w:themeFillTint="33"/>
    </w:tcPr>
    <w:tblStylePr w:type="firstRow">
      <w:rPr>
        <w:b/>
        <w:bCs/>
      </w:rPr>
      <w:tblPr/>
      <w:tcPr>
        <w:shd w:val="clear" w:color="auto" w:fill="81D5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1D5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619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6192" w:themeFill="accent6" w:themeFillShade="BF"/>
      </w:tcPr>
    </w:tblStylePr>
    <w:tblStylePr w:type="band1Vert">
      <w:tblPr/>
      <w:tcPr>
        <w:shd w:val="clear" w:color="auto" w:fill="62CAFF" w:themeFill="accent6" w:themeFillTint="7F"/>
      </w:tcPr>
    </w:tblStylePr>
    <w:tblStylePr w:type="band1Horz">
      <w:tblPr/>
      <w:tcPr>
        <w:shd w:val="clear" w:color="auto" w:fill="62CAFF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Scouts NSW Brand Colours">
      <a:dk1>
        <a:sysClr val="windowText" lastClr="000000"/>
      </a:dk1>
      <a:lt1>
        <a:sysClr val="window" lastClr="FFFFFF"/>
      </a:lt1>
      <a:dk2>
        <a:srgbClr val="262661"/>
      </a:dk2>
      <a:lt2>
        <a:srgbClr val="E7E6E6"/>
      </a:lt2>
      <a:accent1>
        <a:srgbClr val="44C8F5"/>
      </a:accent1>
      <a:accent2>
        <a:srgbClr val="006B9E"/>
      </a:accent2>
      <a:accent3>
        <a:srgbClr val="8ED8F8"/>
      </a:accent3>
      <a:accent4>
        <a:srgbClr val="00B5CC"/>
      </a:accent4>
      <a:accent5>
        <a:srgbClr val="C1E9FB"/>
      </a:accent5>
      <a:accent6>
        <a:srgbClr val="0083C4"/>
      </a:accent6>
      <a:hlink>
        <a:srgbClr val="44C8F5"/>
      </a:hlink>
      <a:folHlink>
        <a:srgbClr val="00B5CC"/>
      </a:folHlink>
    </a:clrScheme>
    <a:fontScheme name="Scouts NSW Brand Fonts">
      <a:majorFont>
        <a:latin typeface="Nunito Sans Black"/>
        <a:ea typeface=""/>
        <a:cs typeface=""/>
      </a:majorFont>
      <a:minorFont>
        <a:latin typeface="Nunito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4F5776B4D08B4F9690DF896B8DE481" ma:contentTypeVersion="22" ma:contentTypeDescription="Create a new document." ma:contentTypeScope="" ma:versionID="149960e577f35cc98bbcbbee5e55acbb">
  <xsd:schema xmlns:xsd="http://www.w3.org/2001/XMLSchema" xmlns:xs="http://www.w3.org/2001/XMLSchema" xmlns:p="http://schemas.microsoft.com/office/2006/metadata/properties" xmlns:ns2="762e183b-c79d-4e74-9a2a-5cac6085915b" xmlns:ns3="55df996e-6656-4323-bb9d-b378508a852b" xmlns:ns4="f9f364e9-9827-4a7f-974a-afec53c43578" targetNamespace="http://schemas.microsoft.com/office/2006/metadata/properties" ma:root="true" ma:fieldsID="272bcfba8b477a03580f15721fc813ed" ns2:_="" ns3:_="" ns4:_="">
    <xsd:import namespace="762e183b-c79d-4e74-9a2a-5cac6085915b"/>
    <xsd:import namespace="55df996e-6656-4323-bb9d-b378508a852b"/>
    <xsd:import namespace="f9f364e9-9827-4a7f-974a-afec53c435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4:lcf76f155ced4ddcb4097134ff3c332f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MediaServiceBillingMetadata" minOccurs="0"/>
                <xsd:element ref="ns4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2e183b-c79d-4e74-9a2a-5cac608591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df996e-6656-4323-bb9d-b378508a852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f364e9-9827-4a7f-974a-afec53c4357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e5821c69-a2f6-4b45-80c0-4e251406d9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image" ma:index="23" nillable="true" ma:displayName="image" ma:format="Thumbnail" ma:internalName="imag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9f364e9-9827-4a7f-974a-afec53c43578">
      <Terms xmlns="http://schemas.microsoft.com/office/infopath/2007/PartnerControls"/>
    </lcf76f155ced4ddcb4097134ff3c332f>
    <image xmlns="f9f364e9-9827-4a7f-974a-afec53c43578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20F74CA-6C1C-40F3-B04C-5F7ADE6EAFDB}"/>
</file>

<file path=customXml/itemProps3.xml><?xml version="1.0" encoding="utf-8"?>
<ds:datastoreItem xmlns:ds="http://schemas.openxmlformats.org/officeDocument/2006/customXml" ds:itemID="{41203871-6224-4D40-BF4C-589054940500}"/>
</file>

<file path=customXml/itemProps4.xml><?xml version="1.0" encoding="utf-8"?>
<ds:datastoreItem xmlns:ds="http://schemas.openxmlformats.org/officeDocument/2006/customXml" ds:itemID="{41CB442B-489F-49FF-A52E-9D63A5D5FDA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Kingston (Scouts NSW)</dc:creator>
  <cp:keywords/>
  <dc:description>generated by python-docx</dc:description>
  <cp:lastModifiedBy>Breanna Shumack (Scouts NSW)</cp:lastModifiedBy>
  <cp:revision>2</cp:revision>
  <dcterms:created xsi:type="dcterms:W3CDTF">2026-09-22T00:19:00Z</dcterms:created>
  <dcterms:modified xsi:type="dcterms:W3CDTF">2026-09-22T00:19:00Z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f206dfc-e8de-484c-87f5-99dd41b84665_Enabled">
    <vt:lpwstr>true</vt:lpwstr>
  </property>
  <property fmtid="{D5CDD505-2E9C-101B-9397-08002B2CF9AE}" pid="3" name="MSIP_Label_cf206dfc-e8de-484c-87f5-99dd41b84665_SetDate">
    <vt:lpwstr>2026-09-22T00:19:54Z</vt:lpwstr>
  </property>
  <property fmtid="{D5CDD505-2E9C-101B-9397-08002B2CF9AE}" pid="4" name="MSIP_Label_cf206dfc-e8de-484c-87f5-99dd41b84665_Method">
    <vt:lpwstr>Standard</vt:lpwstr>
  </property>
  <property fmtid="{D5CDD505-2E9C-101B-9397-08002B2CF9AE}" pid="5" name="MSIP_Label_cf206dfc-e8de-484c-87f5-99dd41b84665_Name">
    <vt:lpwstr>NSW-Internal</vt:lpwstr>
  </property>
  <property fmtid="{D5CDD505-2E9C-101B-9397-08002B2CF9AE}" pid="6" name="MSIP_Label_cf206dfc-e8de-484c-87f5-99dd41b84665_SiteId">
    <vt:lpwstr>1d413b23-25e4-416d-9747-6567051a5d0e</vt:lpwstr>
  </property>
  <property fmtid="{D5CDD505-2E9C-101B-9397-08002B2CF9AE}" pid="7" name="MSIP_Label_cf206dfc-e8de-484c-87f5-99dd41b84665_ActionId">
    <vt:lpwstr>be7c982b-a4fe-44d6-89bc-59cfed1b15d7</vt:lpwstr>
  </property>
  <property fmtid="{D5CDD505-2E9C-101B-9397-08002B2CF9AE}" pid="8" name="MSIP_Label_cf206dfc-e8de-484c-87f5-99dd41b84665_ContentBits">
    <vt:lpwstr>0</vt:lpwstr>
  </property>
  <property fmtid="{D5CDD505-2E9C-101B-9397-08002B2CF9AE}" pid="9" name="MSIP_Label_cf206dfc-e8de-484c-87f5-99dd41b84665_Tag">
    <vt:lpwstr>10, 3, 0, 1</vt:lpwstr>
  </property>
  <property fmtid="{D5CDD505-2E9C-101B-9397-08002B2CF9AE}" pid="10" name="ContentTypeId">
    <vt:lpwstr>0x010100D94F5776B4D08B4F9690DF896B8DE481</vt:lpwstr>
  </property>
</Properties>
</file>